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67F014" w14:textId="330EADDE" w:rsidR="0048239D" w:rsidRPr="00767070" w:rsidRDefault="0048239D" w:rsidP="0048239D">
      <w:pPr>
        <w:pStyle w:val="Title"/>
        <w:jc w:val="center"/>
        <w:rPr>
          <w:rFonts w:ascii="Arial" w:hAnsi="Arial" w:cs="Arial"/>
        </w:rPr>
      </w:pPr>
      <w:r w:rsidRPr="00767070">
        <w:rPr>
          <w:rFonts w:ascii="Arial" w:hAnsi="Arial" w:cs="Arial"/>
          <w:color w:val="000080"/>
          <w:w w:val="135"/>
        </w:rPr>
        <w:t>GOUR</w:t>
      </w:r>
      <w:r w:rsidRPr="00767070">
        <w:rPr>
          <w:rFonts w:ascii="Arial" w:hAnsi="Arial" w:cs="Arial"/>
          <w:color w:val="000080"/>
          <w:spacing w:val="-28"/>
          <w:w w:val="135"/>
        </w:rPr>
        <w:t xml:space="preserve"> </w:t>
      </w:r>
      <w:r w:rsidRPr="00767070">
        <w:rPr>
          <w:rFonts w:ascii="Arial" w:hAnsi="Arial" w:cs="Arial"/>
          <w:color w:val="000080"/>
          <w:w w:val="135"/>
        </w:rPr>
        <w:t>MAHAVIDYALAYA</w:t>
      </w:r>
    </w:p>
    <w:p w14:paraId="1471F27B" w14:textId="1A21FD3B" w:rsidR="0048239D" w:rsidRPr="009852C0" w:rsidRDefault="0048239D" w:rsidP="0048239D">
      <w:pPr>
        <w:pStyle w:val="BodyText"/>
        <w:jc w:val="center"/>
        <w:rPr>
          <w:rFonts w:ascii="Arial" w:hAnsi="Arial" w:cs="Arial"/>
          <w:sz w:val="20"/>
        </w:rPr>
      </w:pPr>
      <w:r w:rsidRPr="009852C0">
        <w:rPr>
          <w:rFonts w:ascii="Arial" w:hAnsi="Arial" w:cs="Arial"/>
          <w:noProof/>
        </w:rPr>
        <mc:AlternateContent>
          <mc:Choice Requires="wpg">
            <w:drawing>
              <wp:anchor distT="0" distB="0" distL="114300" distR="114300" simplePos="0" relativeHeight="251659776" behindDoc="0" locked="0" layoutInCell="1" allowOverlap="1" wp14:anchorId="733E974E" wp14:editId="60F22E5F">
                <wp:simplePos x="0" y="0"/>
                <wp:positionH relativeFrom="margin">
                  <wp:posOffset>-501650</wp:posOffset>
                </wp:positionH>
                <wp:positionV relativeFrom="page">
                  <wp:posOffset>1822450</wp:posOffset>
                </wp:positionV>
                <wp:extent cx="6842125" cy="665480"/>
                <wp:effectExtent l="0" t="0" r="0" b="1270"/>
                <wp:wrapNone/>
                <wp:docPr id="16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42125" cy="665480"/>
                          <a:chOff x="1269" y="1824"/>
                          <a:chExt cx="10313" cy="1048"/>
                        </a:xfrm>
                      </wpg:grpSpPr>
                      <pic:pic xmlns:pic="http://schemas.openxmlformats.org/drawingml/2006/picture">
                        <pic:nvPicPr>
                          <pic:cNvPr id="17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966" y="1824"/>
                            <a:ext cx="823" cy="98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8" name="AutoShape 5"/>
                        <wps:cNvSpPr>
                          <a:spLocks/>
                        </wps:cNvSpPr>
                        <wps:spPr bwMode="auto">
                          <a:xfrm>
                            <a:off x="1317" y="2788"/>
                            <a:ext cx="10265" cy="84"/>
                          </a:xfrm>
                          <a:custGeom>
                            <a:avLst/>
                            <a:gdLst>
                              <a:gd name="T0" fmla="+- 0 11582 1318"/>
                              <a:gd name="T1" fmla="*/ T0 w 10265"/>
                              <a:gd name="T2" fmla="+- 0 2822 2789"/>
                              <a:gd name="T3" fmla="*/ 2822 h 84"/>
                              <a:gd name="T4" fmla="+- 0 1318 1318"/>
                              <a:gd name="T5" fmla="*/ T4 w 10265"/>
                              <a:gd name="T6" fmla="+- 0 2822 2789"/>
                              <a:gd name="T7" fmla="*/ 2822 h 84"/>
                              <a:gd name="T8" fmla="+- 0 1318 1318"/>
                              <a:gd name="T9" fmla="*/ T8 w 10265"/>
                              <a:gd name="T10" fmla="+- 0 2873 2789"/>
                              <a:gd name="T11" fmla="*/ 2873 h 84"/>
                              <a:gd name="T12" fmla="+- 0 11582 1318"/>
                              <a:gd name="T13" fmla="*/ T12 w 10265"/>
                              <a:gd name="T14" fmla="+- 0 2873 2789"/>
                              <a:gd name="T15" fmla="*/ 2873 h 84"/>
                              <a:gd name="T16" fmla="+- 0 11582 1318"/>
                              <a:gd name="T17" fmla="*/ T16 w 10265"/>
                              <a:gd name="T18" fmla="+- 0 2822 2789"/>
                              <a:gd name="T19" fmla="*/ 2822 h 84"/>
                              <a:gd name="T20" fmla="+- 0 11582 1318"/>
                              <a:gd name="T21" fmla="*/ T20 w 10265"/>
                              <a:gd name="T22" fmla="+- 0 2789 2789"/>
                              <a:gd name="T23" fmla="*/ 2789 h 84"/>
                              <a:gd name="T24" fmla="+- 0 1318 1318"/>
                              <a:gd name="T25" fmla="*/ T24 w 10265"/>
                              <a:gd name="T26" fmla="+- 0 2789 2789"/>
                              <a:gd name="T27" fmla="*/ 2789 h 84"/>
                              <a:gd name="T28" fmla="+- 0 1318 1318"/>
                              <a:gd name="T29" fmla="*/ T28 w 10265"/>
                              <a:gd name="T30" fmla="+- 0 2806 2789"/>
                              <a:gd name="T31" fmla="*/ 2806 h 84"/>
                              <a:gd name="T32" fmla="+- 0 11582 1318"/>
                              <a:gd name="T33" fmla="*/ T32 w 10265"/>
                              <a:gd name="T34" fmla="+- 0 2806 2789"/>
                              <a:gd name="T35" fmla="*/ 2806 h 84"/>
                              <a:gd name="T36" fmla="+- 0 11582 1318"/>
                              <a:gd name="T37" fmla="*/ T36 w 10265"/>
                              <a:gd name="T38" fmla="+- 0 2789 2789"/>
                              <a:gd name="T39" fmla="*/ 2789 h 8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0265" h="84">
                                <a:moveTo>
                                  <a:pt x="10264" y="33"/>
                                </a:moveTo>
                                <a:lnTo>
                                  <a:pt x="0" y="33"/>
                                </a:lnTo>
                                <a:lnTo>
                                  <a:pt x="0" y="84"/>
                                </a:lnTo>
                                <a:lnTo>
                                  <a:pt x="10264" y="84"/>
                                </a:lnTo>
                                <a:lnTo>
                                  <a:pt x="10264" y="33"/>
                                </a:lnTo>
                                <a:close/>
                                <a:moveTo>
                                  <a:pt x="1026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"/>
                                </a:lnTo>
                                <a:lnTo>
                                  <a:pt x="10264" y="17"/>
                                </a:lnTo>
                                <a:lnTo>
                                  <a:pt x="1026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1269" y="1842"/>
                            <a:ext cx="4125" cy="9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E320594" w14:textId="77777777" w:rsidR="0048239D" w:rsidRDefault="0048239D" w:rsidP="0048239D">
                              <w:pPr>
                                <w:ind w:right="15"/>
                                <w:rPr>
                                  <w:rFonts w:ascii="Arial"/>
                                  <w:b/>
                                  <w:color w:val="000080"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000080"/>
                                  <w:sz w:val="18"/>
                                </w:rPr>
                                <w:t xml:space="preserve">Dr. Ashim Kumar Sarkar, </w:t>
                              </w:r>
                              <w:proofErr w:type="spellStart"/>
                              <w:proofErr w:type="gramStart"/>
                              <w:r w:rsidRPr="00F87412">
                                <w:rPr>
                                  <w:rFonts w:ascii="Arial"/>
                                  <w:bCs/>
                                  <w:color w:val="000080"/>
                                  <w:sz w:val="18"/>
                                </w:rPr>
                                <w:t>M.Phil</w:t>
                              </w:r>
                              <w:proofErr w:type="spellEnd"/>
                              <w:proofErr w:type="gramEnd"/>
                              <w:r w:rsidRPr="00F87412">
                                <w:rPr>
                                  <w:rFonts w:ascii="Arial"/>
                                  <w:bCs/>
                                  <w:color w:val="000080"/>
                                  <w:sz w:val="18"/>
                                </w:rPr>
                                <w:t xml:space="preserve">, </w:t>
                              </w:r>
                              <w:proofErr w:type="spellStart"/>
                              <w:proofErr w:type="gramStart"/>
                              <w:r w:rsidRPr="00F87412">
                                <w:rPr>
                                  <w:rFonts w:ascii="Arial"/>
                                  <w:bCs/>
                                  <w:color w:val="000080"/>
                                  <w:sz w:val="18"/>
                                </w:rPr>
                                <w:t>Ph.D</w:t>
                              </w:r>
                              <w:proofErr w:type="spellEnd"/>
                              <w:proofErr w:type="gramEnd"/>
                              <w:r>
                                <w:rPr>
                                  <w:rFonts w:ascii="Arial"/>
                                  <w:b/>
                                  <w:color w:val="000080"/>
                                  <w:sz w:val="18"/>
                                </w:rPr>
                                <w:t xml:space="preserve"> </w:t>
                              </w:r>
                            </w:p>
                            <w:p w14:paraId="000CB1A5" w14:textId="77777777" w:rsidR="0048239D" w:rsidRDefault="0048239D" w:rsidP="0048239D">
                              <w:pPr>
                                <w:ind w:right="15"/>
                                <w:rPr>
                                  <w:rFonts w:ascii="Arial"/>
                                  <w:b/>
                                  <w:color w:val="000080"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000080"/>
                                  <w:sz w:val="18"/>
                                </w:rPr>
                                <w:t>Principal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7156" y="1874"/>
                            <a:ext cx="3639" cy="5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F72F66D" w14:textId="77777777" w:rsidR="0048239D" w:rsidRDefault="0048239D" w:rsidP="0048239D">
                              <w:pPr>
                                <w:spacing w:line="168" w:lineRule="exact"/>
                                <w:rPr>
                                  <w:rFonts w:ascii="Arial" w:hAnsi="Arial"/>
                                  <w:b/>
                                  <w:sz w:val="15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80"/>
                                  <w:sz w:val="15"/>
                                </w:rPr>
                                <w:t>P.O.-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80"/>
                                  <w:spacing w:val="-2"/>
                                  <w:sz w:val="15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Arial" w:hAnsi="Arial"/>
                                  <w:b/>
                                  <w:color w:val="000080"/>
                                  <w:sz w:val="15"/>
                                </w:rPr>
                                <w:t>Mangalbari</w:t>
                              </w:r>
                              <w:proofErr w:type="spellEnd"/>
                              <w:r>
                                <w:rPr>
                                  <w:rFonts w:ascii="Arial" w:hAnsi="Arial"/>
                                  <w:b/>
                                  <w:color w:val="000080"/>
                                  <w:sz w:val="15"/>
                                </w:rPr>
                                <w:t>,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80"/>
                                  <w:spacing w:val="2"/>
                                  <w:sz w:val="15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rFonts w:ascii="Arial" w:hAnsi="Arial"/>
                                  <w:b/>
                                  <w:color w:val="000080"/>
                                  <w:sz w:val="15"/>
                                </w:rPr>
                                <w:t>Dist.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80"/>
                                  <w:spacing w:val="1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80"/>
                                  <w:sz w:val="15"/>
                                </w:rPr>
                                <w:t>:</w:t>
                              </w:r>
                              <w:proofErr w:type="gramEnd"/>
                              <w:r>
                                <w:rPr>
                                  <w:rFonts w:ascii="Arial" w:hAnsi="Arial"/>
                                  <w:b/>
                                  <w:color w:val="000080"/>
                                  <w:spacing w:val="-4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80"/>
                                  <w:sz w:val="15"/>
                                </w:rPr>
                                <w:t>Malda.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80"/>
                                  <w:spacing w:val="2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80"/>
                                  <w:sz w:val="15"/>
                                </w:rPr>
                                <w:t>Pin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80"/>
                                  <w:spacing w:val="-1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80"/>
                                  <w:sz w:val="15"/>
                                </w:rPr>
                                <w:t>–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80"/>
                                  <w:spacing w:val="-4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80"/>
                                  <w:sz w:val="15"/>
                                </w:rPr>
                                <w:t>732142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80"/>
                                  <w:spacing w:val="1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80"/>
                                  <w:sz w:val="15"/>
                                </w:rPr>
                                <w:t>(W.B.)</w:t>
                              </w:r>
                            </w:p>
                            <w:p w14:paraId="7864B2D7" w14:textId="77777777" w:rsidR="0048239D" w:rsidRDefault="0048239D" w:rsidP="0048239D">
                              <w:pPr>
                                <w:spacing w:before="8" w:line="195" w:lineRule="exact"/>
                                <w:ind w:left="1"/>
                                <w:rPr>
                                  <w:rFonts w:ascii="Arial"/>
                                  <w:b/>
                                  <w:sz w:val="17"/>
                                </w:rPr>
                              </w:pPr>
                              <w:proofErr w:type="gramStart"/>
                              <w:r>
                                <w:rPr>
                                  <w:rFonts w:ascii="Arial MT"/>
                                  <w:color w:val="000080"/>
                                  <w:sz w:val="17"/>
                                </w:rPr>
                                <w:t>Phone</w:t>
                              </w:r>
                              <w:r>
                                <w:rPr>
                                  <w:rFonts w:ascii="Arial MT"/>
                                  <w:color w:val="000080"/>
                                  <w:spacing w:val="-8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000080"/>
                                  <w:sz w:val="17"/>
                                </w:rPr>
                                <w:t>:</w:t>
                              </w:r>
                              <w:proofErr w:type="gramEnd"/>
                              <w:r>
                                <w:rPr>
                                  <w:rFonts w:ascii="Arial MT"/>
                                  <w:color w:val="000080"/>
                                  <w:spacing w:val="-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000080"/>
                                  <w:sz w:val="17"/>
                                </w:rPr>
                                <w:t>03512-</w:t>
                              </w:r>
                              <w:r>
                                <w:rPr>
                                  <w:rFonts w:ascii="Arial MT"/>
                                  <w:color w:val="000080"/>
                                  <w:spacing w:val="-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000080"/>
                                  <w:sz w:val="17"/>
                                </w:rPr>
                                <w:t>260547,</w:t>
                              </w:r>
                              <w:r>
                                <w:rPr>
                                  <w:rFonts w:ascii="Arial MT"/>
                                  <w:color w:val="000080"/>
                                  <w:spacing w:val="-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000080"/>
                                  <w:sz w:val="17"/>
                                </w:rPr>
                                <w:t>Cell:</w:t>
                              </w:r>
                              <w:r>
                                <w:rPr>
                                  <w:rFonts w:ascii="Arial MT"/>
                                  <w:color w:val="000080"/>
                                  <w:spacing w:val="-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000080"/>
                                  <w:sz w:val="17"/>
                                </w:rPr>
                                <w:t>9475408018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33E974E" id="Group 2" o:spid="_x0000_s1026" style="position:absolute;left:0;text-align:left;margin-left:-39.5pt;margin-top:143.5pt;width:538.75pt;height:52.4pt;z-index:251659776;mso-position-horizontal-relative:margin;mso-position-vertical-relative:page" coordorigin="1269,1824" coordsize="10313,104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6" o:spid="_x0000_s1027" type="#_x0000_t75" style="position:absolute;left:5966;top:1824;width:823;height:9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">
                  <v:imagedata r:id="rId7" o:title=""/>
                </v:shape>
                <v:shape id="AutoShape 5" o:spid="_x0000_s1028" style="position:absolute;left:1317;top:2788;width:10265;height:84;visibility:visible;mso-wrap-style:square;v-text-anchor:top" coordsize="10265,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" path="m10264,33l,33,,84r10264,l10264,33xm10264,l,,,17r10264,l10264,xe" fillcolor="maroon" stroked="f">
                  <v:path arrowok="t" o:connecttype="custom" o:connectlocs="10264,2822;0,2822;0,2873;10264,2873;10264,2822;10264,2789;0,2789;0,2806;10264,2806;10264,2789" o:connectangles="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9" type="#_x0000_t202" style="position:absolute;left:1269;top:1842;width:4125;height:9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" filled="f" stroked="f">
                  <v:textbox inset="0,0,0,0">
                    <w:txbxContent>
                      <w:p w14:paraId="1E320594" w14:textId="77777777" w:rsidR="0048239D" w:rsidRDefault="0048239D" w:rsidP="0048239D">
                        <w:pPr>
                          <w:ind w:right="15"/>
                          <w:rPr>
                            <w:rFonts w:ascii="Arial"/>
                            <w:b/>
                            <w:color w:val="000080"/>
                            <w:sz w:val="18"/>
                          </w:rPr>
                        </w:pPr>
                        <w:r>
                          <w:rPr>
                            <w:rFonts w:ascii="Arial"/>
                            <w:b/>
                            <w:color w:val="000080"/>
                            <w:sz w:val="18"/>
                          </w:rPr>
                          <w:t xml:space="preserve">Dr. Ashim Kumar Sarkar, </w:t>
                        </w:r>
                        <w:proofErr w:type="spellStart"/>
                        <w:proofErr w:type="gramStart"/>
                        <w:r w:rsidRPr="00F87412">
                          <w:rPr>
                            <w:rFonts w:ascii="Arial"/>
                            <w:bCs/>
                            <w:color w:val="000080"/>
                            <w:sz w:val="18"/>
                          </w:rPr>
                          <w:t>M.Phil</w:t>
                        </w:r>
                        <w:proofErr w:type="spellEnd"/>
                        <w:proofErr w:type="gramEnd"/>
                        <w:r w:rsidRPr="00F87412">
                          <w:rPr>
                            <w:rFonts w:ascii="Arial"/>
                            <w:bCs/>
                            <w:color w:val="000080"/>
                            <w:sz w:val="18"/>
                          </w:rPr>
                          <w:t xml:space="preserve">, </w:t>
                        </w:r>
                        <w:proofErr w:type="spellStart"/>
                        <w:proofErr w:type="gramStart"/>
                        <w:r w:rsidRPr="00F87412">
                          <w:rPr>
                            <w:rFonts w:ascii="Arial"/>
                            <w:bCs/>
                            <w:color w:val="000080"/>
                            <w:sz w:val="18"/>
                          </w:rPr>
                          <w:t>Ph.D</w:t>
                        </w:r>
                        <w:proofErr w:type="spellEnd"/>
                        <w:proofErr w:type="gramEnd"/>
                        <w:r>
                          <w:rPr>
                            <w:rFonts w:ascii="Arial"/>
                            <w:b/>
                            <w:color w:val="000080"/>
                            <w:sz w:val="18"/>
                          </w:rPr>
                          <w:t xml:space="preserve"> </w:t>
                        </w:r>
                      </w:p>
                      <w:p w14:paraId="000CB1A5" w14:textId="77777777" w:rsidR="0048239D" w:rsidRDefault="0048239D" w:rsidP="0048239D">
                        <w:pPr>
                          <w:ind w:right="15"/>
                          <w:rPr>
                            <w:rFonts w:ascii="Arial"/>
                            <w:b/>
                            <w:color w:val="000080"/>
                            <w:sz w:val="18"/>
                          </w:rPr>
                        </w:pPr>
                        <w:r>
                          <w:rPr>
                            <w:rFonts w:ascii="Arial"/>
                            <w:b/>
                            <w:color w:val="000080"/>
                            <w:sz w:val="18"/>
                          </w:rPr>
                          <w:t>Principal</w:t>
                        </w:r>
                      </w:p>
                    </w:txbxContent>
                  </v:textbox>
                </v:shape>
                <v:shape id="Text Box 3" o:spid="_x0000_s1030" type="#_x0000_t202" style="position:absolute;left:7156;top:1874;width:3639;height:5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" filled="f" stroked="f">
                  <v:textbox inset="0,0,0,0">
                    <w:txbxContent>
                      <w:p w14:paraId="7F72F66D" w14:textId="77777777" w:rsidR="0048239D" w:rsidRDefault="0048239D" w:rsidP="0048239D">
                        <w:pPr>
                          <w:spacing w:line="168" w:lineRule="exact"/>
                          <w:rPr>
                            <w:rFonts w:ascii="Arial" w:hAnsi="Arial"/>
                            <w:b/>
                            <w:sz w:val="15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80"/>
                            <w:sz w:val="15"/>
                          </w:rPr>
                          <w:t>P.O.-</w:t>
                        </w:r>
                        <w:r>
                          <w:rPr>
                            <w:rFonts w:ascii="Arial" w:hAnsi="Arial"/>
                            <w:b/>
                            <w:color w:val="000080"/>
                            <w:spacing w:val="-2"/>
                            <w:sz w:val="15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Arial" w:hAnsi="Arial"/>
                            <w:b/>
                            <w:color w:val="000080"/>
                            <w:sz w:val="15"/>
                          </w:rPr>
                          <w:t>Mangalbari</w:t>
                        </w:r>
                        <w:proofErr w:type="spellEnd"/>
                        <w:r>
                          <w:rPr>
                            <w:rFonts w:ascii="Arial" w:hAnsi="Arial"/>
                            <w:b/>
                            <w:color w:val="000080"/>
                            <w:sz w:val="15"/>
                          </w:rPr>
                          <w:t>,</w:t>
                        </w:r>
                        <w:r>
                          <w:rPr>
                            <w:rFonts w:ascii="Arial" w:hAnsi="Arial"/>
                            <w:b/>
                            <w:color w:val="000080"/>
                            <w:spacing w:val="2"/>
                            <w:sz w:val="15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rFonts w:ascii="Arial" w:hAnsi="Arial"/>
                            <w:b/>
                            <w:color w:val="000080"/>
                            <w:sz w:val="15"/>
                          </w:rPr>
                          <w:t>Dist.</w:t>
                        </w:r>
                        <w:r>
                          <w:rPr>
                            <w:rFonts w:ascii="Arial" w:hAnsi="Arial"/>
                            <w:b/>
                            <w:color w:val="000080"/>
                            <w:spacing w:val="1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000080"/>
                            <w:sz w:val="15"/>
                          </w:rPr>
                          <w:t>:</w:t>
                        </w:r>
                        <w:proofErr w:type="gramEnd"/>
                        <w:r>
                          <w:rPr>
                            <w:rFonts w:ascii="Arial" w:hAnsi="Arial"/>
                            <w:b/>
                            <w:color w:val="000080"/>
                            <w:spacing w:val="-4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000080"/>
                            <w:sz w:val="15"/>
                          </w:rPr>
                          <w:t>Malda.</w:t>
                        </w:r>
                        <w:r>
                          <w:rPr>
                            <w:rFonts w:ascii="Arial" w:hAnsi="Arial"/>
                            <w:b/>
                            <w:color w:val="000080"/>
                            <w:spacing w:val="2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000080"/>
                            <w:sz w:val="15"/>
                          </w:rPr>
                          <w:t>Pin</w:t>
                        </w:r>
                        <w:r>
                          <w:rPr>
                            <w:rFonts w:ascii="Arial" w:hAnsi="Arial"/>
                            <w:b/>
                            <w:color w:val="000080"/>
                            <w:spacing w:val="-1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000080"/>
                            <w:sz w:val="15"/>
                          </w:rPr>
                          <w:t>–</w:t>
                        </w:r>
                        <w:r>
                          <w:rPr>
                            <w:rFonts w:ascii="Arial" w:hAnsi="Arial"/>
                            <w:b/>
                            <w:color w:val="000080"/>
                            <w:spacing w:val="-4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000080"/>
                            <w:sz w:val="15"/>
                          </w:rPr>
                          <w:t>732142</w:t>
                        </w:r>
                        <w:r>
                          <w:rPr>
                            <w:rFonts w:ascii="Arial" w:hAnsi="Arial"/>
                            <w:b/>
                            <w:color w:val="000080"/>
                            <w:spacing w:val="1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000080"/>
                            <w:sz w:val="15"/>
                          </w:rPr>
                          <w:t>(W.B.)</w:t>
                        </w:r>
                      </w:p>
                      <w:p w14:paraId="7864B2D7" w14:textId="77777777" w:rsidR="0048239D" w:rsidRDefault="0048239D" w:rsidP="0048239D">
                        <w:pPr>
                          <w:spacing w:before="8" w:line="195" w:lineRule="exact"/>
                          <w:ind w:left="1"/>
                          <w:rPr>
                            <w:rFonts w:ascii="Arial"/>
                            <w:b/>
                            <w:sz w:val="17"/>
                          </w:rPr>
                        </w:pPr>
                        <w:proofErr w:type="gramStart"/>
                        <w:r>
                          <w:rPr>
                            <w:rFonts w:ascii="Arial MT"/>
                            <w:color w:val="000080"/>
                            <w:sz w:val="17"/>
                          </w:rPr>
                          <w:t>Phone</w:t>
                        </w:r>
                        <w:r>
                          <w:rPr>
                            <w:rFonts w:ascii="Arial MT"/>
                            <w:color w:val="000080"/>
                            <w:spacing w:val="-8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000080"/>
                            <w:sz w:val="17"/>
                          </w:rPr>
                          <w:t>:</w:t>
                        </w:r>
                        <w:proofErr w:type="gramEnd"/>
                        <w:r>
                          <w:rPr>
                            <w:rFonts w:ascii="Arial MT"/>
                            <w:color w:val="000080"/>
                            <w:spacing w:val="-3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000080"/>
                            <w:sz w:val="17"/>
                          </w:rPr>
                          <w:t>03512-</w:t>
                        </w:r>
                        <w:r>
                          <w:rPr>
                            <w:rFonts w:ascii="Arial MT"/>
                            <w:color w:val="000080"/>
                            <w:spacing w:val="-5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000080"/>
                            <w:sz w:val="17"/>
                          </w:rPr>
                          <w:t>260547,</w:t>
                        </w:r>
                        <w:r>
                          <w:rPr>
                            <w:rFonts w:ascii="Arial MT"/>
                            <w:color w:val="000080"/>
                            <w:spacing w:val="-5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000080"/>
                            <w:sz w:val="17"/>
                          </w:rPr>
                          <w:t>Cell:</w:t>
                        </w:r>
                        <w:r>
                          <w:rPr>
                            <w:rFonts w:ascii="Arial MT"/>
                            <w:color w:val="000080"/>
                            <w:spacing w:val="-3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000080"/>
                            <w:sz w:val="17"/>
                          </w:rPr>
                          <w:t>9475408018</w:t>
                        </w:r>
                      </w:p>
                    </w:txbxContent>
                  </v:textbox>
                </v:shape>
                <w10:wrap anchorx="margin" anchory="page"/>
              </v:group>
            </w:pict>
          </mc:Fallback>
        </mc:AlternateContent>
      </w:r>
      <w:r w:rsidRPr="009852C0">
        <w:rPr>
          <w:rFonts w:ascii="Arial" w:hAnsi="Arial" w:cs="Arial"/>
          <w:color w:val="000080"/>
          <w:spacing w:val="-1"/>
          <w:w w:val="105"/>
          <w:sz w:val="20"/>
        </w:rPr>
        <w:t>ACCREDITED</w:t>
      </w:r>
      <w:r w:rsidRPr="009852C0">
        <w:rPr>
          <w:rFonts w:ascii="Arial" w:hAnsi="Arial" w:cs="Arial"/>
          <w:color w:val="000080"/>
          <w:spacing w:val="-9"/>
          <w:w w:val="105"/>
          <w:sz w:val="20"/>
        </w:rPr>
        <w:t xml:space="preserve"> </w:t>
      </w:r>
      <w:r w:rsidRPr="009852C0">
        <w:rPr>
          <w:rFonts w:ascii="Arial" w:hAnsi="Arial" w:cs="Arial"/>
          <w:color w:val="000080"/>
          <w:w w:val="105"/>
          <w:sz w:val="20"/>
        </w:rPr>
        <w:t>BY</w:t>
      </w:r>
      <w:r w:rsidRPr="009852C0">
        <w:rPr>
          <w:rFonts w:ascii="Arial" w:hAnsi="Arial" w:cs="Arial"/>
          <w:color w:val="000080"/>
          <w:spacing w:val="-6"/>
          <w:w w:val="105"/>
          <w:sz w:val="20"/>
        </w:rPr>
        <w:t xml:space="preserve"> </w:t>
      </w:r>
      <w:r w:rsidRPr="009852C0">
        <w:rPr>
          <w:rFonts w:ascii="Arial" w:hAnsi="Arial" w:cs="Arial"/>
          <w:color w:val="FF0000"/>
          <w:w w:val="105"/>
          <w:sz w:val="20"/>
        </w:rPr>
        <w:t>NAAC</w:t>
      </w:r>
      <w:r w:rsidRPr="009852C0">
        <w:rPr>
          <w:rFonts w:ascii="Arial" w:hAnsi="Arial" w:cs="Arial"/>
          <w:color w:val="FF0000"/>
          <w:spacing w:val="-11"/>
          <w:w w:val="105"/>
          <w:sz w:val="20"/>
        </w:rPr>
        <w:t xml:space="preserve"> </w:t>
      </w:r>
      <w:r w:rsidRPr="009852C0">
        <w:rPr>
          <w:rFonts w:ascii="Arial" w:hAnsi="Arial" w:cs="Arial"/>
          <w:color w:val="000080"/>
          <w:w w:val="105"/>
          <w:sz w:val="20"/>
        </w:rPr>
        <w:t>(</w:t>
      </w:r>
      <w:r>
        <w:rPr>
          <w:rFonts w:ascii="Arial" w:hAnsi="Arial" w:cs="Arial"/>
          <w:color w:val="000080"/>
          <w:w w:val="105"/>
          <w:sz w:val="20"/>
        </w:rPr>
        <w:t>3</w:t>
      </w:r>
      <w:r w:rsidRPr="0043389B">
        <w:rPr>
          <w:rFonts w:ascii="Arial" w:hAnsi="Arial" w:cs="Arial"/>
          <w:color w:val="000080"/>
          <w:w w:val="105"/>
          <w:sz w:val="20"/>
          <w:vertAlign w:val="superscript"/>
        </w:rPr>
        <w:t>rd</w:t>
      </w:r>
      <w:r>
        <w:rPr>
          <w:rFonts w:ascii="Arial" w:hAnsi="Arial" w:cs="Arial"/>
          <w:color w:val="000080"/>
          <w:w w:val="105"/>
          <w:sz w:val="20"/>
        </w:rPr>
        <w:t xml:space="preserve"> </w:t>
      </w:r>
      <w:r w:rsidRPr="009852C0">
        <w:rPr>
          <w:rFonts w:ascii="Arial" w:hAnsi="Arial" w:cs="Arial"/>
          <w:color w:val="000080"/>
          <w:spacing w:val="-7"/>
          <w:w w:val="105"/>
          <w:sz w:val="20"/>
        </w:rPr>
        <w:t>Cycle</w:t>
      </w:r>
      <w:r w:rsidRPr="009852C0">
        <w:rPr>
          <w:rFonts w:ascii="Arial" w:hAnsi="Arial" w:cs="Arial"/>
          <w:color w:val="000080"/>
          <w:w w:val="105"/>
          <w:sz w:val="20"/>
        </w:rPr>
        <w:t>)</w:t>
      </w:r>
      <w:r w:rsidRPr="009852C0">
        <w:rPr>
          <w:rFonts w:ascii="Arial" w:hAnsi="Arial" w:cs="Arial"/>
          <w:color w:val="000080"/>
          <w:spacing w:val="-9"/>
          <w:w w:val="105"/>
          <w:sz w:val="20"/>
        </w:rPr>
        <w:t xml:space="preserve"> </w:t>
      </w:r>
      <w:r w:rsidRPr="009852C0">
        <w:rPr>
          <w:rFonts w:ascii="Arial" w:hAnsi="Arial" w:cs="Arial"/>
          <w:color w:val="000080"/>
          <w:w w:val="105"/>
          <w:sz w:val="20"/>
        </w:rPr>
        <w:t>B+</w:t>
      </w:r>
      <w:r>
        <w:rPr>
          <w:rFonts w:ascii="Arial" w:hAnsi="Arial" w:cs="Arial"/>
          <w:color w:val="000080"/>
          <w:w w:val="105"/>
          <w:sz w:val="20"/>
        </w:rPr>
        <w:t>+</w:t>
      </w:r>
    </w:p>
    <w:p w14:paraId="38C39009" w14:textId="6FB55244" w:rsidR="00EA6606" w:rsidRDefault="00EA6606">
      <w:pPr>
        <w:jc w:val="center"/>
        <w:rPr>
          <w:b/>
        </w:rPr>
      </w:pPr>
    </w:p>
    <w:p w14:paraId="6B20D7F1" w14:textId="7022E85E" w:rsidR="00EA6606" w:rsidRDefault="00EA6606">
      <w:pPr>
        <w:jc w:val="center"/>
        <w:rPr>
          <w:b/>
        </w:rPr>
      </w:pPr>
    </w:p>
    <w:p w14:paraId="05FC2D87" w14:textId="77777777" w:rsidR="00EA6606" w:rsidRDefault="00EA6606">
      <w:pPr>
        <w:jc w:val="center"/>
        <w:rPr>
          <w:b/>
        </w:rPr>
      </w:pPr>
    </w:p>
    <w:p w14:paraId="4E4A17FA" w14:textId="77777777" w:rsidR="00EA6606" w:rsidRDefault="00EA6606">
      <w:pPr>
        <w:jc w:val="center"/>
        <w:rPr>
          <w:b/>
        </w:rPr>
      </w:pPr>
    </w:p>
    <w:p w14:paraId="18B3D4F8" w14:textId="366B5289" w:rsidR="00E67F93" w:rsidRDefault="00000000">
      <w:pPr>
        <w:jc w:val="center"/>
      </w:pPr>
      <w:r>
        <w:rPr>
          <w:b/>
        </w:rPr>
        <w:t>NOTICE</w:t>
      </w:r>
    </w:p>
    <w:p w14:paraId="45FDDB80" w14:textId="37FEACA4" w:rsidR="00E67F93" w:rsidRDefault="00000000">
      <w:r>
        <w:br/>
        <w:t>Date: 18/11/2025</w:t>
      </w:r>
      <w:r>
        <w:br/>
      </w:r>
      <w:r>
        <w:br/>
        <w:t>All the students of 1st Semester (Session: 2025–2026) are hereby informed that an Internal Examination will be conducted as per the following schedule:</w:t>
      </w:r>
      <w:r>
        <w:br/>
      </w:r>
      <w:r>
        <w:br/>
        <w:t>Subject: Milk Composition and Processing (Pasteurisation)</w:t>
      </w:r>
      <w:r>
        <w:br/>
        <w:t>Time: 1:00 PM</w:t>
      </w:r>
      <w:r>
        <w:br/>
        <w:t>Question Type: SAQ</w:t>
      </w:r>
      <w:r>
        <w:br/>
        <w:t>Full Marks: 10</w:t>
      </w:r>
      <w:r>
        <w:br/>
      </w:r>
      <w:r>
        <w:br/>
        <w:t>All students are instructed to be present in the examination hall at least 15 minutes before the commencement of the exam.</w:t>
      </w:r>
      <w:r>
        <w:br/>
      </w:r>
      <w:r>
        <w:br/>
        <w:t>By Order</w:t>
      </w:r>
      <w:r>
        <w:br/>
        <w:t>Department of Food and Nutrition</w:t>
      </w:r>
      <w:r>
        <w:br/>
      </w:r>
    </w:p>
    <w:p w14:paraId="25C6F2F3" w14:textId="4031E18D" w:rsidR="00722516" w:rsidRDefault="00B03C64">
      <w:r>
        <w:rPr>
          <w:noProof/>
        </w:rPr>
        <w:drawing>
          <wp:anchor distT="0" distB="0" distL="114300" distR="114300" simplePos="0" relativeHeight="251656704" behindDoc="1" locked="0" layoutInCell="1" allowOverlap="1" wp14:anchorId="4C004A3E" wp14:editId="42A0FDCC">
            <wp:simplePos x="0" y="0"/>
            <wp:positionH relativeFrom="column">
              <wp:posOffset>3517900</wp:posOffset>
            </wp:positionH>
            <wp:positionV relativeFrom="paragraph">
              <wp:posOffset>9525</wp:posOffset>
            </wp:positionV>
            <wp:extent cx="1968500" cy="473081"/>
            <wp:effectExtent l="0" t="0" r="0" b="3175"/>
            <wp:wrapTight wrapText="bothSides">
              <wp:wrapPolygon edited="0">
                <wp:start x="0" y="0"/>
                <wp:lineTo x="0" y="20875"/>
                <wp:lineTo x="21321" y="20875"/>
                <wp:lineTo x="21321" y="0"/>
                <wp:lineTo x="0" y="0"/>
              </wp:wrapPolygon>
            </wp:wrapTight>
            <wp:docPr id="81849842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643" t="46919" r="21528" b="434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8500" cy="4730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5ED6E127" w14:textId="794409C1" w:rsidR="00722516" w:rsidRDefault="00722516"/>
    <w:p w14:paraId="35C7B5BA" w14:textId="0F2D8A10" w:rsidR="00B03C64" w:rsidRPr="00B03C64" w:rsidRDefault="00B03C64" w:rsidP="00B03C64">
      <w:r w:rsidRPr="00B03C64">
        <w:t xml:space="preserve">                                                                                                                         </w:t>
      </w:r>
      <w:r>
        <w:t xml:space="preserve">   </w:t>
      </w:r>
      <w:r w:rsidRPr="00B03C64">
        <w:t>Dr. Jhimli Banerjee</w:t>
      </w:r>
    </w:p>
    <w:p w14:paraId="49937012" w14:textId="77777777" w:rsidR="00B03C64" w:rsidRPr="00B03C64" w:rsidRDefault="00B03C64" w:rsidP="00B03C64">
      <w:r w:rsidRPr="00B03C64">
        <w:t xml:space="preserve">                                                                                                                       Food &amp; Nutrition Dept</w:t>
      </w:r>
    </w:p>
    <w:p w14:paraId="383F31AA" w14:textId="77777777" w:rsidR="00B03C64" w:rsidRPr="00B03C64" w:rsidRDefault="00B03C64" w:rsidP="00B03C64">
      <w:r w:rsidRPr="00B03C64">
        <w:t xml:space="preserve">                                                                                                            Gour Mahavidyalaya, Malda.                    </w:t>
      </w:r>
    </w:p>
    <w:p w14:paraId="34D4A655" w14:textId="6B611967" w:rsidR="00722516" w:rsidRDefault="00722516"/>
    <w:sectPr w:rsidR="00722516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100830320">
    <w:abstractNumId w:val="8"/>
  </w:num>
  <w:num w:numId="2" w16cid:durableId="877086792">
    <w:abstractNumId w:val="6"/>
  </w:num>
  <w:num w:numId="3" w16cid:durableId="2072994809">
    <w:abstractNumId w:val="5"/>
  </w:num>
  <w:num w:numId="4" w16cid:durableId="326448037">
    <w:abstractNumId w:val="4"/>
  </w:num>
  <w:num w:numId="5" w16cid:durableId="843907453">
    <w:abstractNumId w:val="7"/>
  </w:num>
  <w:num w:numId="6" w16cid:durableId="140856024">
    <w:abstractNumId w:val="3"/>
  </w:num>
  <w:num w:numId="7" w16cid:durableId="625350661">
    <w:abstractNumId w:val="2"/>
  </w:num>
  <w:num w:numId="8" w16cid:durableId="1345669998">
    <w:abstractNumId w:val="1"/>
  </w:num>
  <w:num w:numId="9" w16cid:durableId="15931997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48239D"/>
    <w:rsid w:val="006418D1"/>
    <w:rsid w:val="00722516"/>
    <w:rsid w:val="00767070"/>
    <w:rsid w:val="00934B11"/>
    <w:rsid w:val="00AA1D8D"/>
    <w:rsid w:val="00B03C64"/>
    <w:rsid w:val="00B47730"/>
    <w:rsid w:val="00CB0664"/>
    <w:rsid w:val="00E67F93"/>
    <w:rsid w:val="00EA6606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CB71013"/>
  <w14:defaultImageDpi w14:val="300"/>
  <w15:docId w15:val="{9AE500A0-DE63-4C4F-A287-854475CF4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142</Words>
  <Characters>814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955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JHIMLI BANERJEE</cp:lastModifiedBy>
  <cp:revision>6</cp:revision>
  <dcterms:created xsi:type="dcterms:W3CDTF">2013-12-23T23:15:00Z</dcterms:created>
  <dcterms:modified xsi:type="dcterms:W3CDTF">2026-04-18T16:16:00Z</dcterms:modified>
  <cp:category/>
</cp:coreProperties>
</file>