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4AD1B" w14:textId="36F22D7B" w:rsidR="005C4BC2" w:rsidRDefault="005C4BC2">
      <w:pPr>
        <w:jc w:val="center"/>
        <w:rPr>
          <w:b/>
        </w:rPr>
      </w:pPr>
    </w:p>
    <w:p w14:paraId="03FC7BD1" w14:textId="15856161" w:rsidR="005C4BC2" w:rsidRPr="00767070" w:rsidRDefault="005C4BC2" w:rsidP="005C4BC2">
      <w:pPr>
        <w:pStyle w:val="Title"/>
        <w:jc w:val="center"/>
        <w:rPr>
          <w:rFonts w:ascii="Arial" w:hAnsi="Arial" w:cs="Arial"/>
        </w:rPr>
      </w:pPr>
      <w:r w:rsidRPr="00767070">
        <w:rPr>
          <w:rFonts w:ascii="Arial" w:hAnsi="Arial" w:cs="Arial"/>
          <w:color w:val="000080"/>
          <w:w w:val="135"/>
        </w:rPr>
        <w:t>GOUR</w:t>
      </w:r>
      <w:r w:rsidRPr="00767070">
        <w:rPr>
          <w:rFonts w:ascii="Arial" w:hAnsi="Arial" w:cs="Arial"/>
          <w:color w:val="000080"/>
          <w:spacing w:val="-28"/>
          <w:w w:val="135"/>
        </w:rPr>
        <w:t xml:space="preserve"> </w:t>
      </w:r>
      <w:r w:rsidRPr="00767070">
        <w:rPr>
          <w:rFonts w:ascii="Arial" w:hAnsi="Arial" w:cs="Arial"/>
          <w:color w:val="000080"/>
          <w:w w:val="135"/>
        </w:rPr>
        <w:t>MAHAVIDYALAYA</w:t>
      </w:r>
    </w:p>
    <w:p w14:paraId="0826A57F" w14:textId="692EEC37" w:rsidR="005C4BC2" w:rsidRPr="009852C0" w:rsidRDefault="005C4BC2" w:rsidP="005C4BC2">
      <w:pPr>
        <w:pStyle w:val="BodyText"/>
        <w:jc w:val="center"/>
        <w:rPr>
          <w:rFonts w:ascii="Arial" w:hAnsi="Arial" w:cs="Arial"/>
          <w:sz w:val="20"/>
        </w:rPr>
      </w:pPr>
      <w:r w:rsidRPr="009852C0">
        <w:rPr>
          <w:rFonts w:ascii="Arial" w:hAnsi="Arial" w:cs="Arial"/>
          <w:color w:val="000080"/>
          <w:spacing w:val="-1"/>
          <w:w w:val="105"/>
          <w:sz w:val="20"/>
        </w:rPr>
        <w:t>ACCREDITED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BY</w:t>
      </w:r>
      <w:r w:rsidRPr="009852C0">
        <w:rPr>
          <w:rFonts w:ascii="Arial" w:hAnsi="Arial" w:cs="Arial"/>
          <w:color w:val="000080"/>
          <w:spacing w:val="-6"/>
          <w:w w:val="105"/>
          <w:sz w:val="20"/>
        </w:rPr>
        <w:t xml:space="preserve"> </w:t>
      </w:r>
      <w:r w:rsidRPr="009852C0">
        <w:rPr>
          <w:rFonts w:ascii="Arial" w:hAnsi="Arial" w:cs="Arial"/>
          <w:color w:val="FF0000"/>
          <w:w w:val="105"/>
          <w:sz w:val="20"/>
        </w:rPr>
        <w:t>NAAC</w:t>
      </w:r>
      <w:r w:rsidRPr="009852C0">
        <w:rPr>
          <w:rFonts w:ascii="Arial" w:hAnsi="Arial" w:cs="Arial"/>
          <w:color w:val="FF0000"/>
          <w:spacing w:val="-11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(</w:t>
      </w:r>
      <w:r>
        <w:rPr>
          <w:rFonts w:ascii="Arial" w:hAnsi="Arial" w:cs="Arial"/>
          <w:color w:val="000080"/>
          <w:w w:val="105"/>
          <w:sz w:val="20"/>
        </w:rPr>
        <w:t>3</w:t>
      </w:r>
      <w:r w:rsidRPr="0043389B">
        <w:rPr>
          <w:rFonts w:ascii="Arial" w:hAnsi="Arial" w:cs="Arial"/>
          <w:color w:val="000080"/>
          <w:w w:val="105"/>
          <w:sz w:val="20"/>
          <w:vertAlign w:val="superscript"/>
        </w:rPr>
        <w:t>rd</w:t>
      </w:r>
      <w:r>
        <w:rPr>
          <w:rFonts w:ascii="Arial" w:hAnsi="Arial" w:cs="Arial"/>
          <w:color w:val="000080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spacing w:val="-7"/>
          <w:w w:val="105"/>
          <w:sz w:val="20"/>
        </w:rPr>
        <w:t>Cycle</w:t>
      </w:r>
      <w:r w:rsidRPr="009852C0">
        <w:rPr>
          <w:rFonts w:ascii="Arial" w:hAnsi="Arial" w:cs="Arial"/>
          <w:color w:val="000080"/>
          <w:w w:val="105"/>
          <w:sz w:val="20"/>
        </w:rPr>
        <w:t>)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B+</w:t>
      </w:r>
      <w:r>
        <w:rPr>
          <w:rFonts w:ascii="Arial" w:hAnsi="Arial" w:cs="Arial"/>
          <w:color w:val="000080"/>
          <w:w w:val="105"/>
          <w:sz w:val="20"/>
        </w:rPr>
        <w:t>+</w:t>
      </w:r>
    </w:p>
    <w:p w14:paraId="4DA79ED3" w14:textId="4828E62D" w:rsidR="005C4BC2" w:rsidRDefault="005C4BC2" w:rsidP="005C4BC2">
      <w:pPr>
        <w:jc w:val="center"/>
        <w:rPr>
          <w:b/>
        </w:rPr>
      </w:pPr>
      <w:r w:rsidRPr="009852C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1BDB9D5C" wp14:editId="42234C67">
                <wp:simplePos x="0" y="0"/>
                <wp:positionH relativeFrom="margin">
                  <wp:posOffset>-609600</wp:posOffset>
                </wp:positionH>
                <wp:positionV relativeFrom="page">
                  <wp:posOffset>2213610</wp:posOffset>
                </wp:positionV>
                <wp:extent cx="6842125" cy="665480"/>
                <wp:effectExtent l="0" t="0" r="0" b="1270"/>
                <wp:wrapNone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2125" cy="665480"/>
                          <a:chOff x="1269" y="1824"/>
                          <a:chExt cx="10313" cy="1048"/>
                        </a:xfrm>
                      </wpg:grpSpPr>
                      <pic:pic xmlns:pic="http://schemas.openxmlformats.org/drawingml/2006/picture">
                        <pic:nvPicPr>
                          <pic:cNvPr id="1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6" y="1824"/>
                            <a:ext cx="823" cy="9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AutoShape 5"/>
                        <wps:cNvSpPr>
                          <a:spLocks/>
                        </wps:cNvSpPr>
                        <wps:spPr bwMode="auto">
                          <a:xfrm>
                            <a:off x="1317" y="2788"/>
                            <a:ext cx="10265" cy="84"/>
                          </a:xfrm>
                          <a:custGeom>
                            <a:avLst/>
                            <a:gdLst>
                              <a:gd name="T0" fmla="+- 0 11582 1318"/>
                              <a:gd name="T1" fmla="*/ T0 w 10265"/>
                              <a:gd name="T2" fmla="+- 0 2822 2789"/>
                              <a:gd name="T3" fmla="*/ 2822 h 84"/>
                              <a:gd name="T4" fmla="+- 0 1318 1318"/>
                              <a:gd name="T5" fmla="*/ T4 w 10265"/>
                              <a:gd name="T6" fmla="+- 0 2822 2789"/>
                              <a:gd name="T7" fmla="*/ 2822 h 84"/>
                              <a:gd name="T8" fmla="+- 0 1318 1318"/>
                              <a:gd name="T9" fmla="*/ T8 w 10265"/>
                              <a:gd name="T10" fmla="+- 0 2873 2789"/>
                              <a:gd name="T11" fmla="*/ 2873 h 84"/>
                              <a:gd name="T12" fmla="+- 0 11582 1318"/>
                              <a:gd name="T13" fmla="*/ T12 w 10265"/>
                              <a:gd name="T14" fmla="+- 0 2873 2789"/>
                              <a:gd name="T15" fmla="*/ 2873 h 84"/>
                              <a:gd name="T16" fmla="+- 0 11582 1318"/>
                              <a:gd name="T17" fmla="*/ T16 w 10265"/>
                              <a:gd name="T18" fmla="+- 0 2822 2789"/>
                              <a:gd name="T19" fmla="*/ 2822 h 84"/>
                              <a:gd name="T20" fmla="+- 0 11582 1318"/>
                              <a:gd name="T21" fmla="*/ T20 w 10265"/>
                              <a:gd name="T22" fmla="+- 0 2789 2789"/>
                              <a:gd name="T23" fmla="*/ 2789 h 84"/>
                              <a:gd name="T24" fmla="+- 0 1318 1318"/>
                              <a:gd name="T25" fmla="*/ T24 w 10265"/>
                              <a:gd name="T26" fmla="+- 0 2789 2789"/>
                              <a:gd name="T27" fmla="*/ 2789 h 84"/>
                              <a:gd name="T28" fmla="+- 0 1318 1318"/>
                              <a:gd name="T29" fmla="*/ T28 w 10265"/>
                              <a:gd name="T30" fmla="+- 0 2806 2789"/>
                              <a:gd name="T31" fmla="*/ 2806 h 84"/>
                              <a:gd name="T32" fmla="+- 0 11582 1318"/>
                              <a:gd name="T33" fmla="*/ T32 w 10265"/>
                              <a:gd name="T34" fmla="+- 0 2806 2789"/>
                              <a:gd name="T35" fmla="*/ 2806 h 84"/>
                              <a:gd name="T36" fmla="+- 0 11582 1318"/>
                              <a:gd name="T37" fmla="*/ T36 w 10265"/>
                              <a:gd name="T38" fmla="+- 0 2789 2789"/>
                              <a:gd name="T39" fmla="*/ 2789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265" h="84">
                                <a:moveTo>
                                  <a:pt x="10264" y="33"/>
                                </a:moveTo>
                                <a:lnTo>
                                  <a:pt x="0" y="33"/>
                                </a:lnTo>
                                <a:lnTo>
                                  <a:pt x="0" y="84"/>
                                </a:lnTo>
                                <a:lnTo>
                                  <a:pt x="10264" y="84"/>
                                </a:lnTo>
                                <a:lnTo>
                                  <a:pt x="10264" y="33"/>
                                </a:lnTo>
                                <a:close/>
                                <a:moveTo>
                                  <a:pt x="102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10264" y="17"/>
                                </a:lnTo>
                                <a:lnTo>
                                  <a:pt x="102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69" y="1842"/>
                            <a:ext cx="4125" cy="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A1AB2F" w14:textId="77777777" w:rsidR="005C4BC2" w:rsidRDefault="005C4BC2" w:rsidP="005C4BC2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Dr. Ashim Kumar Sarkar, </w:t>
                              </w:r>
                              <w:proofErr w:type="spellStart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M.Phil</w:t>
                              </w:r>
                              <w:proofErr w:type="spellEnd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 xml:space="preserve">, </w:t>
                              </w:r>
                              <w:proofErr w:type="spellStart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Ph.D</w:t>
                              </w:r>
                              <w:proofErr w:type="spellEnd"/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 </w:t>
                              </w:r>
                            </w:p>
                            <w:p w14:paraId="6630F227" w14:textId="77777777" w:rsidR="005C4BC2" w:rsidRDefault="005C4BC2" w:rsidP="005C4BC2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>Principal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156" y="1874"/>
                            <a:ext cx="3639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9A5984" w14:textId="77777777" w:rsidR="005C4BC2" w:rsidRDefault="005C4BC2" w:rsidP="005C4BC2">
                              <w:pPr>
                                <w:spacing w:line="168" w:lineRule="exact"/>
                                <w:rPr>
                                  <w:rFonts w:ascii="Arial" w:hAns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P.O.-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Mangalbari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Dist.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Malda.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Pin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732142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(W.B.)</w:t>
                              </w:r>
                            </w:p>
                            <w:p w14:paraId="4468DF1D" w14:textId="77777777" w:rsidR="005C4BC2" w:rsidRDefault="005C4BC2" w:rsidP="005C4BC2">
                              <w:pPr>
                                <w:spacing w:before="8" w:line="195" w:lineRule="exact"/>
                                <w:ind w:left="1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Phone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: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03512-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260547,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Cell: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7"/>
                                </w:rPr>
                                <w:t>9475408018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DB9D5C" id="Group 2" o:spid="_x0000_s1026" style="position:absolute;left:0;text-align:left;margin-left:-48pt;margin-top:174.3pt;width:538.75pt;height:52.4pt;z-index:251657728;mso-position-horizontal-relative:margin;mso-position-vertical-relative:page" coordorigin="1269,1824" coordsize="10313,10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5966;top:1824;width:823;height:9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">
                  <v:imagedata r:id="rId7" o:title=""/>
                </v:shape>
                <v:shape id="AutoShape 5" o:spid="_x0000_s1028" style="position:absolute;left:1317;top:2788;width:10265;height:84;visibility:visible;mso-wrap-style:square;v-text-anchor:top" coordsize="10265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" path="m10264,33l,33,,84r10264,l10264,33xm10264,l,,,17r10264,l10264,xe" fillcolor="maroon" stroked="f">
                  <v:path arrowok="t" o:connecttype="custom" o:connectlocs="10264,2822;0,2822;0,2873;10264,2873;10264,2822;10264,2789;0,2789;0,2806;10264,2806;10264,2789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left:1269;top:1842;width:4125;height: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45A1AB2F" w14:textId="77777777" w:rsidR="005C4BC2" w:rsidRDefault="005C4BC2" w:rsidP="005C4BC2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Dr. Ashim Kumar Sarkar, </w:t>
                        </w:r>
                        <w:proofErr w:type="spellStart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M.Phil</w:t>
                        </w:r>
                        <w:proofErr w:type="spellEnd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 xml:space="preserve">, </w:t>
                        </w:r>
                        <w:proofErr w:type="spellStart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Ph.D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 </w:t>
                        </w:r>
                      </w:p>
                      <w:p w14:paraId="6630F227" w14:textId="77777777" w:rsidR="005C4BC2" w:rsidRDefault="005C4BC2" w:rsidP="005C4BC2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>Principal</w:t>
                        </w:r>
                      </w:p>
                    </w:txbxContent>
                  </v:textbox>
                </v:shape>
                <v:shape id="Text Box 3" o:spid="_x0000_s1030" type="#_x0000_t202" style="position:absolute;left:7156;top:1874;width:3639;height: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289A5984" w14:textId="77777777" w:rsidR="005C4BC2" w:rsidRDefault="005C4BC2" w:rsidP="005C4BC2">
                        <w:pPr>
                          <w:spacing w:line="168" w:lineRule="exact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P.O.-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2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Mangalbari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,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Dist.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: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Malda.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Pin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732142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(W.B.)</w:t>
                        </w:r>
                      </w:p>
                      <w:p w14:paraId="4468DF1D" w14:textId="77777777" w:rsidR="005C4BC2" w:rsidRDefault="005C4BC2" w:rsidP="005C4BC2">
                        <w:pPr>
                          <w:spacing w:before="8" w:line="195" w:lineRule="exact"/>
                          <w:ind w:left="1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Phone</w:t>
                        </w:r>
                        <w:r>
                          <w:rPr>
                            <w:rFonts w:ascii="Arial MT"/>
                            <w:color w:val="000080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:</w:t>
                        </w:r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03512-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260547,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Cell:</w:t>
                        </w:r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80"/>
                            <w:sz w:val="17"/>
                          </w:rPr>
                          <w:t>9475408018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3284EC81" w14:textId="77777777" w:rsidR="005C4BC2" w:rsidRDefault="005C4BC2" w:rsidP="005C4BC2">
      <w:pPr>
        <w:jc w:val="center"/>
        <w:rPr>
          <w:b/>
        </w:rPr>
      </w:pPr>
    </w:p>
    <w:p w14:paraId="3071E143" w14:textId="77777777" w:rsidR="005C4BC2" w:rsidRDefault="005C4BC2" w:rsidP="005C4BC2">
      <w:pPr>
        <w:jc w:val="center"/>
        <w:rPr>
          <w:b/>
        </w:rPr>
      </w:pPr>
    </w:p>
    <w:p w14:paraId="633AAF13" w14:textId="701AE566" w:rsidR="00233653" w:rsidRDefault="00000000" w:rsidP="005C4BC2">
      <w:pPr>
        <w:jc w:val="center"/>
      </w:pPr>
      <w:r>
        <w:rPr>
          <w:b/>
        </w:rPr>
        <w:t>NOTICE</w:t>
      </w:r>
    </w:p>
    <w:p w14:paraId="262368E9" w14:textId="0C4F8D5E" w:rsidR="005C4BC2" w:rsidRDefault="00000000" w:rsidP="005C4BC2">
      <w:r>
        <w:br/>
        <w:t>Date: 1</w:t>
      </w:r>
      <w:r w:rsidR="005C4BC2">
        <w:t>4</w:t>
      </w:r>
      <w:r>
        <w:t>/06/2025</w:t>
      </w:r>
      <w:r>
        <w:br/>
      </w:r>
      <w:r>
        <w:br/>
        <w:t>All the students of 2nd Semester are hereby informed that they have to submit the SEC Assignment as per the following questions:</w:t>
      </w:r>
      <w:r>
        <w:br/>
      </w:r>
      <w:r>
        <w:br/>
        <w:t>Assignment Questions:</w:t>
      </w:r>
      <w:r>
        <w:br/>
        <w:t>1. What are the different types of food preservation techniques? Explain each with examples.</w:t>
      </w:r>
      <w:r>
        <w:br/>
        <w:t>2. Discuss the advantages and disadvantages of canning as a food preservation method.</w:t>
      </w:r>
      <w:r>
        <w:br/>
        <w:t>3. Explain the process of freeze-drying and its applications in food preservation.</w:t>
      </w:r>
      <w:r>
        <w:br/>
      </w:r>
      <w:r>
        <w:br/>
        <w:t>SEC-2nd Assignment:</w:t>
      </w:r>
      <w:r>
        <w:br/>
        <w:t>1. Design a food preservation plan for a specific food product (e.g., fruits, vegetables, meat).</w:t>
      </w:r>
      <w:r>
        <w:br/>
        <w:t>2. Evaluate the effectiveness of different preservation techniques for a specific food product.</w:t>
      </w:r>
      <w:r>
        <w:br/>
      </w:r>
      <w:r>
        <w:br/>
        <w:t>Students are instructed to submit their assignments within the stipulated time.</w:t>
      </w:r>
      <w:r>
        <w:br/>
      </w:r>
      <w:r>
        <w:br/>
      </w:r>
      <w:r>
        <w:br/>
      </w:r>
      <w:r w:rsidR="005C4BC2">
        <w:t xml:space="preserve">                                                                                                                              </w:t>
      </w:r>
    </w:p>
    <w:p w14:paraId="3ED8D1B9" w14:textId="62EF010D" w:rsidR="005C4BC2" w:rsidRDefault="005C4BC2" w:rsidP="005C4BC2">
      <w:r>
        <w:rPr>
          <w:noProof/>
        </w:rPr>
        <w:drawing>
          <wp:anchor distT="0" distB="0" distL="114300" distR="114300" simplePos="0" relativeHeight="251659776" behindDoc="1" locked="0" layoutInCell="1" allowOverlap="1" wp14:anchorId="079B56D9" wp14:editId="3FE14866">
            <wp:simplePos x="0" y="0"/>
            <wp:positionH relativeFrom="column">
              <wp:posOffset>3854450</wp:posOffset>
            </wp:positionH>
            <wp:positionV relativeFrom="paragraph">
              <wp:posOffset>4445</wp:posOffset>
            </wp:positionV>
            <wp:extent cx="1371600" cy="329565"/>
            <wp:effectExtent l="0" t="0" r="0" b="0"/>
            <wp:wrapTight wrapText="bothSides">
              <wp:wrapPolygon edited="0">
                <wp:start x="0" y="0"/>
                <wp:lineTo x="0" y="19977"/>
                <wp:lineTo x="21300" y="19977"/>
                <wp:lineTo x="21300" y="0"/>
                <wp:lineTo x="0" y="0"/>
              </wp:wrapPolygon>
            </wp:wrapTight>
            <wp:docPr id="8184984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43" t="46919" r="21528" b="43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32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A7D9CB" w14:textId="755A3505" w:rsidR="005C4BC2" w:rsidRPr="00B03C64" w:rsidRDefault="005C4BC2" w:rsidP="005C4BC2">
      <w:r>
        <w:t xml:space="preserve">                                                                                                                              </w:t>
      </w:r>
      <w:r w:rsidRPr="00B03C64">
        <w:t>Dr. Jhimli Banerjee</w:t>
      </w:r>
    </w:p>
    <w:p w14:paraId="255B17F7" w14:textId="77777777" w:rsidR="005C4BC2" w:rsidRPr="00B03C64" w:rsidRDefault="005C4BC2" w:rsidP="005C4BC2">
      <w:r w:rsidRPr="00B03C64">
        <w:t xml:space="preserve">                                                                                                                       Food &amp; Nutrition Dept</w:t>
      </w:r>
    </w:p>
    <w:p w14:paraId="32B322B1" w14:textId="77777777" w:rsidR="005C4BC2" w:rsidRPr="00B03C64" w:rsidRDefault="005C4BC2" w:rsidP="005C4BC2">
      <w:r w:rsidRPr="00B03C64">
        <w:t xml:space="preserve">                                                                                                            Gour Mahavidyalaya, Malda.                    </w:t>
      </w:r>
    </w:p>
    <w:p w14:paraId="5D5B4FC8" w14:textId="1D46B07A" w:rsidR="00233653" w:rsidRDefault="00233653"/>
    <w:sectPr w:rsidR="0023365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74619540">
    <w:abstractNumId w:val="8"/>
  </w:num>
  <w:num w:numId="2" w16cid:durableId="812451829">
    <w:abstractNumId w:val="6"/>
  </w:num>
  <w:num w:numId="3" w16cid:durableId="1917011523">
    <w:abstractNumId w:val="5"/>
  </w:num>
  <w:num w:numId="4" w16cid:durableId="1083988183">
    <w:abstractNumId w:val="4"/>
  </w:num>
  <w:num w:numId="5" w16cid:durableId="1733850643">
    <w:abstractNumId w:val="7"/>
  </w:num>
  <w:num w:numId="6" w16cid:durableId="363335376">
    <w:abstractNumId w:val="3"/>
  </w:num>
  <w:num w:numId="7" w16cid:durableId="1806120846">
    <w:abstractNumId w:val="2"/>
  </w:num>
  <w:num w:numId="8" w16cid:durableId="993411849">
    <w:abstractNumId w:val="1"/>
  </w:num>
  <w:num w:numId="9" w16cid:durableId="110058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33653"/>
    <w:rsid w:val="0029639D"/>
    <w:rsid w:val="00326F90"/>
    <w:rsid w:val="00363DF9"/>
    <w:rsid w:val="005C4BC2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D86C68"/>
  <w14:defaultImageDpi w14:val="300"/>
  <w15:docId w15:val="{0D79010C-25FC-406C-9D26-96D9BA530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JHIMLI BANERJEE</cp:lastModifiedBy>
  <cp:revision>2</cp:revision>
  <dcterms:created xsi:type="dcterms:W3CDTF">2013-12-23T23:15:00Z</dcterms:created>
  <dcterms:modified xsi:type="dcterms:W3CDTF">2026-04-18T16:29:00Z</dcterms:modified>
  <cp:category/>
</cp:coreProperties>
</file>