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50F94C" w14:textId="77777777" w:rsidR="004F285F" w:rsidRPr="00767070" w:rsidRDefault="004F285F" w:rsidP="004F285F">
      <w:pPr>
        <w:pStyle w:val="Title"/>
        <w:rPr>
          <w:rFonts w:ascii="Arial" w:hAnsi="Arial" w:cs="Arial"/>
        </w:rPr>
      </w:pPr>
      <w:r w:rsidRPr="00767070">
        <w:rPr>
          <w:rFonts w:ascii="Arial" w:hAnsi="Arial" w:cs="Arial"/>
          <w:color w:val="000080"/>
          <w:w w:val="135"/>
        </w:rPr>
        <w:t>GOUR</w:t>
      </w:r>
      <w:r w:rsidRPr="00767070">
        <w:rPr>
          <w:rFonts w:ascii="Arial" w:hAnsi="Arial" w:cs="Arial"/>
          <w:color w:val="000080"/>
          <w:spacing w:val="-28"/>
          <w:w w:val="135"/>
        </w:rPr>
        <w:t xml:space="preserve"> </w:t>
      </w:r>
      <w:r w:rsidRPr="00767070">
        <w:rPr>
          <w:rFonts w:ascii="Arial" w:hAnsi="Arial" w:cs="Arial"/>
          <w:color w:val="000080"/>
          <w:w w:val="135"/>
        </w:rPr>
        <w:t>MAHAVIDYALAYA</w:t>
      </w:r>
    </w:p>
    <w:p w14:paraId="687895AC" w14:textId="5F72DF61" w:rsidR="004F285F" w:rsidRPr="009852C0" w:rsidRDefault="004F285F" w:rsidP="004F285F">
      <w:pPr>
        <w:pStyle w:val="BodyText"/>
        <w:jc w:val="center"/>
        <w:rPr>
          <w:rFonts w:ascii="Arial" w:hAnsi="Arial" w:cs="Arial"/>
          <w:sz w:val="20"/>
        </w:rPr>
      </w:pPr>
      <w:r w:rsidRPr="009852C0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1AB4B67F" wp14:editId="2109C421">
                <wp:simplePos x="0" y="0"/>
                <wp:positionH relativeFrom="margin">
                  <wp:posOffset>-596900</wp:posOffset>
                </wp:positionH>
                <wp:positionV relativeFrom="page">
                  <wp:posOffset>1816100</wp:posOffset>
                </wp:positionV>
                <wp:extent cx="6842125" cy="665480"/>
                <wp:effectExtent l="0" t="0" r="0" b="1270"/>
                <wp:wrapNone/>
                <wp:docPr id="1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42125" cy="665480"/>
                          <a:chOff x="1269" y="1824"/>
                          <a:chExt cx="10313" cy="1048"/>
                        </a:xfrm>
                      </wpg:grpSpPr>
                      <pic:pic xmlns:pic="http://schemas.openxmlformats.org/drawingml/2006/picture">
                        <pic:nvPicPr>
                          <pic:cNvPr id="17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66" y="1824"/>
                            <a:ext cx="823" cy="98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" name="AutoShape 5"/>
                        <wps:cNvSpPr>
                          <a:spLocks/>
                        </wps:cNvSpPr>
                        <wps:spPr bwMode="auto">
                          <a:xfrm>
                            <a:off x="1317" y="2788"/>
                            <a:ext cx="10265" cy="84"/>
                          </a:xfrm>
                          <a:custGeom>
                            <a:avLst/>
                            <a:gdLst>
                              <a:gd name="T0" fmla="+- 0 11582 1318"/>
                              <a:gd name="T1" fmla="*/ T0 w 10265"/>
                              <a:gd name="T2" fmla="+- 0 2822 2789"/>
                              <a:gd name="T3" fmla="*/ 2822 h 84"/>
                              <a:gd name="T4" fmla="+- 0 1318 1318"/>
                              <a:gd name="T5" fmla="*/ T4 w 10265"/>
                              <a:gd name="T6" fmla="+- 0 2822 2789"/>
                              <a:gd name="T7" fmla="*/ 2822 h 84"/>
                              <a:gd name="T8" fmla="+- 0 1318 1318"/>
                              <a:gd name="T9" fmla="*/ T8 w 10265"/>
                              <a:gd name="T10" fmla="+- 0 2873 2789"/>
                              <a:gd name="T11" fmla="*/ 2873 h 84"/>
                              <a:gd name="T12" fmla="+- 0 11582 1318"/>
                              <a:gd name="T13" fmla="*/ T12 w 10265"/>
                              <a:gd name="T14" fmla="+- 0 2873 2789"/>
                              <a:gd name="T15" fmla="*/ 2873 h 84"/>
                              <a:gd name="T16" fmla="+- 0 11582 1318"/>
                              <a:gd name="T17" fmla="*/ T16 w 10265"/>
                              <a:gd name="T18" fmla="+- 0 2822 2789"/>
                              <a:gd name="T19" fmla="*/ 2822 h 84"/>
                              <a:gd name="T20" fmla="+- 0 11582 1318"/>
                              <a:gd name="T21" fmla="*/ T20 w 10265"/>
                              <a:gd name="T22" fmla="+- 0 2789 2789"/>
                              <a:gd name="T23" fmla="*/ 2789 h 84"/>
                              <a:gd name="T24" fmla="+- 0 1318 1318"/>
                              <a:gd name="T25" fmla="*/ T24 w 10265"/>
                              <a:gd name="T26" fmla="+- 0 2789 2789"/>
                              <a:gd name="T27" fmla="*/ 2789 h 84"/>
                              <a:gd name="T28" fmla="+- 0 1318 1318"/>
                              <a:gd name="T29" fmla="*/ T28 w 10265"/>
                              <a:gd name="T30" fmla="+- 0 2806 2789"/>
                              <a:gd name="T31" fmla="*/ 2806 h 84"/>
                              <a:gd name="T32" fmla="+- 0 11582 1318"/>
                              <a:gd name="T33" fmla="*/ T32 w 10265"/>
                              <a:gd name="T34" fmla="+- 0 2806 2789"/>
                              <a:gd name="T35" fmla="*/ 2806 h 84"/>
                              <a:gd name="T36" fmla="+- 0 11582 1318"/>
                              <a:gd name="T37" fmla="*/ T36 w 10265"/>
                              <a:gd name="T38" fmla="+- 0 2789 2789"/>
                              <a:gd name="T39" fmla="*/ 2789 h 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265" h="84">
                                <a:moveTo>
                                  <a:pt x="10264" y="33"/>
                                </a:moveTo>
                                <a:lnTo>
                                  <a:pt x="0" y="33"/>
                                </a:lnTo>
                                <a:lnTo>
                                  <a:pt x="0" y="84"/>
                                </a:lnTo>
                                <a:lnTo>
                                  <a:pt x="10264" y="84"/>
                                </a:lnTo>
                                <a:lnTo>
                                  <a:pt x="10264" y="33"/>
                                </a:lnTo>
                                <a:close/>
                                <a:moveTo>
                                  <a:pt x="102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"/>
                                </a:lnTo>
                                <a:lnTo>
                                  <a:pt x="10264" y="17"/>
                                </a:lnTo>
                                <a:lnTo>
                                  <a:pt x="102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269" y="1842"/>
                            <a:ext cx="4125" cy="9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041651" w14:textId="77777777" w:rsidR="004F285F" w:rsidRDefault="004F285F" w:rsidP="004F285F">
                              <w:pPr>
                                <w:ind w:right="15"/>
                                <w:rPr>
                                  <w:rFonts w:ascii="Arial"/>
                                  <w:b/>
                                  <w:color w:val="000080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0080"/>
                                  <w:sz w:val="18"/>
                                </w:rPr>
                                <w:t xml:space="preserve">Dr. Ashim Kumar Sarkar, </w:t>
                              </w:r>
                              <w:proofErr w:type="spellStart"/>
                              <w:proofErr w:type="gramStart"/>
                              <w:r w:rsidRPr="00F87412">
                                <w:rPr>
                                  <w:rFonts w:ascii="Arial"/>
                                  <w:bCs/>
                                  <w:color w:val="000080"/>
                                  <w:sz w:val="18"/>
                                </w:rPr>
                                <w:t>M.Phil</w:t>
                              </w:r>
                              <w:proofErr w:type="spellEnd"/>
                              <w:proofErr w:type="gramEnd"/>
                              <w:r w:rsidRPr="00F87412">
                                <w:rPr>
                                  <w:rFonts w:ascii="Arial"/>
                                  <w:bCs/>
                                  <w:color w:val="000080"/>
                                  <w:sz w:val="18"/>
                                </w:rPr>
                                <w:t xml:space="preserve">, </w:t>
                              </w:r>
                              <w:proofErr w:type="spellStart"/>
                              <w:proofErr w:type="gramStart"/>
                              <w:r w:rsidRPr="00F87412">
                                <w:rPr>
                                  <w:rFonts w:ascii="Arial"/>
                                  <w:bCs/>
                                  <w:color w:val="000080"/>
                                  <w:sz w:val="18"/>
                                </w:rPr>
                                <w:t>Ph.D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Arial"/>
                                  <w:b/>
                                  <w:color w:val="000080"/>
                                  <w:sz w:val="18"/>
                                </w:rPr>
                                <w:t xml:space="preserve"> </w:t>
                              </w:r>
                            </w:p>
                            <w:p w14:paraId="09D90D07" w14:textId="77777777" w:rsidR="004F285F" w:rsidRDefault="004F285F" w:rsidP="004F285F">
                              <w:pPr>
                                <w:ind w:right="15"/>
                                <w:rPr>
                                  <w:rFonts w:ascii="Arial"/>
                                  <w:b/>
                                  <w:color w:val="000080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0080"/>
                                  <w:sz w:val="18"/>
                                </w:rPr>
                                <w:t>Principal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7156" y="1874"/>
                            <a:ext cx="3639" cy="5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9F115B" w14:textId="77777777" w:rsidR="004F285F" w:rsidRDefault="004F285F" w:rsidP="004F285F">
                              <w:pPr>
                                <w:spacing w:line="168" w:lineRule="exact"/>
                                <w:rPr>
                                  <w:rFonts w:ascii="Arial" w:hAns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P.O.-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-2"/>
                                  <w:sz w:val="1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Mangalbari</w:t>
                              </w:r>
                              <w:proofErr w:type="spellEnd"/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2"/>
                                  <w:sz w:val="15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Dist.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:</w:t>
                              </w:r>
                              <w:proofErr w:type="gramEnd"/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-4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Malda.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2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Pin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-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–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-4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732142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(W.B.)</w:t>
                              </w:r>
                            </w:p>
                            <w:p w14:paraId="626983FB" w14:textId="77777777" w:rsidR="004F285F" w:rsidRDefault="004F285F" w:rsidP="004F285F">
                              <w:pPr>
                                <w:spacing w:before="8" w:line="195" w:lineRule="exact"/>
                                <w:ind w:left="1"/>
                                <w:rPr>
                                  <w:rFonts w:ascii="Arial"/>
                                  <w:b/>
                                  <w:sz w:val="17"/>
                                </w:rPr>
                              </w:pPr>
                              <w:proofErr w:type="gramStart"/>
                              <w:r>
                                <w:rPr>
                                  <w:rFonts w:ascii="Arial MT"/>
                                  <w:color w:val="000080"/>
                                  <w:sz w:val="17"/>
                                </w:rPr>
                                <w:t>Phone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z w:val="17"/>
                                </w:rPr>
                                <w:t>:</w:t>
                              </w:r>
                              <w:proofErr w:type="gramEnd"/>
                              <w:r>
                                <w:rPr>
                                  <w:rFonts w:ascii="Arial MT"/>
                                  <w:color w:val="000080"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z w:val="17"/>
                                </w:rPr>
                                <w:t>03512-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z w:val="17"/>
                                </w:rPr>
                                <w:t>260547,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z w:val="17"/>
                                </w:rPr>
                                <w:t>Cell: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000080"/>
                                  <w:sz w:val="17"/>
                                </w:rPr>
                                <w:t>9475408018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B4B67F" id="Group 2" o:spid="_x0000_s1026" style="position:absolute;left:0;text-align:left;margin-left:-47pt;margin-top:143pt;width:538.75pt;height:52.4pt;z-index:251658240;mso-position-horizontal-relative:margin;mso-position-vertical-relative:page" coordorigin="1269,1824" coordsize="10313,104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7" type="#_x0000_t75" style="position:absolute;left:5966;top:1824;width:823;height:9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">
                  <v:imagedata r:id="rId7" o:title=""/>
                </v:shape>
                <v:shape id="AutoShape 5" o:spid="_x0000_s1028" style="position:absolute;left:1317;top:2788;width:10265;height:84;visibility:visible;mso-wrap-style:square;v-text-anchor:top" coordsize="10265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" path="m10264,33l,33,,84r10264,l10264,33xm10264,l,,,17r10264,l10264,xe" fillcolor="maroon" stroked="f">
                  <v:path arrowok="t" o:connecttype="custom" o:connectlocs="10264,2822;0,2822;0,2873;10264,2873;10264,2822;10264,2789;0,2789;0,2806;10264,2806;10264,2789" o:connectangles="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9" type="#_x0000_t202" style="position:absolute;left:1269;top:1842;width:4125;height:9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7A041651" w14:textId="77777777" w:rsidR="004F285F" w:rsidRDefault="004F285F" w:rsidP="004F285F">
                        <w:pPr>
                          <w:ind w:right="15"/>
                          <w:rPr>
                            <w:rFonts w:ascii="Arial"/>
                            <w:b/>
                            <w:color w:val="000080"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000080"/>
                            <w:sz w:val="18"/>
                          </w:rPr>
                          <w:t xml:space="preserve">Dr. Ashim Kumar Sarkar, </w:t>
                        </w:r>
                        <w:proofErr w:type="spellStart"/>
                        <w:proofErr w:type="gramStart"/>
                        <w:r w:rsidRPr="00F87412">
                          <w:rPr>
                            <w:rFonts w:ascii="Arial"/>
                            <w:bCs/>
                            <w:color w:val="000080"/>
                            <w:sz w:val="18"/>
                          </w:rPr>
                          <w:t>M.Phil</w:t>
                        </w:r>
                        <w:proofErr w:type="spellEnd"/>
                        <w:proofErr w:type="gramEnd"/>
                        <w:r w:rsidRPr="00F87412">
                          <w:rPr>
                            <w:rFonts w:ascii="Arial"/>
                            <w:bCs/>
                            <w:color w:val="000080"/>
                            <w:sz w:val="18"/>
                          </w:rPr>
                          <w:t xml:space="preserve">, </w:t>
                        </w:r>
                        <w:proofErr w:type="spellStart"/>
                        <w:proofErr w:type="gramStart"/>
                        <w:r w:rsidRPr="00F87412">
                          <w:rPr>
                            <w:rFonts w:ascii="Arial"/>
                            <w:bCs/>
                            <w:color w:val="000080"/>
                            <w:sz w:val="18"/>
                          </w:rPr>
                          <w:t>Ph.D</w:t>
                        </w:r>
                        <w:proofErr w:type="spellEnd"/>
                        <w:proofErr w:type="gramEnd"/>
                        <w:r>
                          <w:rPr>
                            <w:rFonts w:ascii="Arial"/>
                            <w:b/>
                            <w:color w:val="000080"/>
                            <w:sz w:val="18"/>
                          </w:rPr>
                          <w:t xml:space="preserve"> </w:t>
                        </w:r>
                      </w:p>
                      <w:p w14:paraId="09D90D07" w14:textId="77777777" w:rsidR="004F285F" w:rsidRDefault="004F285F" w:rsidP="004F285F">
                        <w:pPr>
                          <w:ind w:right="15"/>
                          <w:rPr>
                            <w:rFonts w:ascii="Arial"/>
                            <w:b/>
                            <w:color w:val="000080"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000080"/>
                            <w:sz w:val="18"/>
                          </w:rPr>
                          <w:t>Principal</w:t>
                        </w:r>
                      </w:p>
                    </w:txbxContent>
                  </v:textbox>
                </v:shape>
                <v:shape id="Text Box 3" o:spid="_x0000_s1030" type="#_x0000_t202" style="position:absolute;left:7156;top:1874;width:3639;height:5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259F115B" w14:textId="77777777" w:rsidR="004F285F" w:rsidRDefault="004F285F" w:rsidP="004F285F">
                        <w:pPr>
                          <w:spacing w:line="168" w:lineRule="exact"/>
                          <w:rPr>
                            <w:rFonts w:ascii="Arial" w:hAnsi="Arial"/>
                            <w:b/>
                            <w:sz w:val="15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P.O.-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-2"/>
                            <w:sz w:val="1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Mangalbari</w:t>
                        </w:r>
                        <w:proofErr w:type="spellEnd"/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,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2"/>
                            <w:sz w:val="15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Dist.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:</w:t>
                        </w:r>
                        <w:proofErr w:type="gramEnd"/>
                        <w:r>
                          <w:rPr>
                            <w:rFonts w:ascii="Arial" w:hAnsi="Arial"/>
                            <w:b/>
                            <w:color w:val="000080"/>
                            <w:spacing w:val="-4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Malda.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2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Pin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-1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–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-4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732142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(W.B.)</w:t>
                        </w:r>
                      </w:p>
                      <w:p w14:paraId="626983FB" w14:textId="77777777" w:rsidR="004F285F" w:rsidRDefault="004F285F" w:rsidP="004F285F">
                        <w:pPr>
                          <w:spacing w:before="8" w:line="195" w:lineRule="exact"/>
                          <w:ind w:left="1"/>
                          <w:rPr>
                            <w:rFonts w:ascii="Arial"/>
                            <w:b/>
                            <w:sz w:val="17"/>
                          </w:rPr>
                        </w:pPr>
                        <w:proofErr w:type="gramStart"/>
                        <w:r>
                          <w:rPr>
                            <w:rFonts w:ascii="Arial MT"/>
                            <w:color w:val="000080"/>
                            <w:sz w:val="17"/>
                          </w:rPr>
                          <w:t>Phone</w:t>
                        </w:r>
                        <w:r>
                          <w:rPr>
                            <w:rFonts w:ascii="Arial MT"/>
                            <w:color w:val="000080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000080"/>
                            <w:sz w:val="17"/>
                          </w:rPr>
                          <w:t>:</w:t>
                        </w:r>
                        <w:proofErr w:type="gramEnd"/>
                        <w:r>
                          <w:rPr>
                            <w:rFonts w:ascii="Arial MT"/>
                            <w:color w:val="000080"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000080"/>
                            <w:sz w:val="17"/>
                          </w:rPr>
                          <w:t>03512-</w:t>
                        </w:r>
                        <w:r>
                          <w:rPr>
                            <w:rFonts w:ascii="Arial MT"/>
                            <w:color w:val="000080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000080"/>
                            <w:sz w:val="17"/>
                          </w:rPr>
                          <w:t>260547,</w:t>
                        </w:r>
                        <w:r>
                          <w:rPr>
                            <w:rFonts w:ascii="Arial MT"/>
                            <w:color w:val="000080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000080"/>
                            <w:sz w:val="17"/>
                          </w:rPr>
                          <w:t>Cell:</w:t>
                        </w:r>
                        <w:r>
                          <w:rPr>
                            <w:rFonts w:ascii="Arial MT"/>
                            <w:color w:val="000080"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000080"/>
                            <w:sz w:val="17"/>
                          </w:rPr>
                          <w:t>9475408018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  <w:r w:rsidRPr="009852C0">
        <w:rPr>
          <w:rFonts w:ascii="Arial" w:hAnsi="Arial" w:cs="Arial"/>
          <w:color w:val="000080"/>
          <w:spacing w:val="-1"/>
          <w:w w:val="105"/>
          <w:sz w:val="20"/>
        </w:rPr>
        <w:t>ACCREDITED</w:t>
      </w:r>
      <w:r w:rsidRPr="009852C0">
        <w:rPr>
          <w:rFonts w:ascii="Arial" w:hAnsi="Arial" w:cs="Arial"/>
          <w:color w:val="000080"/>
          <w:spacing w:val="-9"/>
          <w:w w:val="105"/>
          <w:sz w:val="20"/>
        </w:rPr>
        <w:t xml:space="preserve"> </w:t>
      </w:r>
      <w:r w:rsidRPr="009852C0">
        <w:rPr>
          <w:rFonts w:ascii="Arial" w:hAnsi="Arial" w:cs="Arial"/>
          <w:color w:val="000080"/>
          <w:w w:val="105"/>
          <w:sz w:val="20"/>
        </w:rPr>
        <w:t>BY</w:t>
      </w:r>
      <w:r w:rsidRPr="009852C0">
        <w:rPr>
          <w:rFonts w:ascii="Arial" w:hAnsi="Arial" w:cs="Arial"/>
          <w:color w:val="000080"/>
          <w:spacing w:val="-6"/>
          <w:w w:val="105"/>
          <w:sz w:val="20"/>
        </w:rPr>
        <w:t xml:space="preserve"> </w:t>
      </w:r>
      <w:r w:rsidRPr="009852C0">
        <w:rPr>
          <w:rFonts w:ascii="Arial" w:hAnsi="Arial" w:cs="Arial"/>
          <w:color w:val="FF0000"/>
          <w:w w:val="105"/>
          <w:sz w:val="20"/>
        </w:rPr>
        <w:t>NAAC</w:t>
      </w:r>
      <w:r w:rsidRPr="009852C0">
        <w:rPr>
          <w:rFonts w:ascii="Arial" w:hAnsi="Arial" w:cs="Arial"/>
          <w:color w:val="FF0000"/>
          <w:spacing w:val="-11"/>
          <w:w w:val="105"/>
          <w:sz w:val="20"/>
        </w:rPr>
        <w:t xml:space="preserve"> </w:t>
      </w:r>
      <w:r w:rsidRPr="009852C0">
        <w:rPr>
          <w:rFonts w:ascii="Arial" w:hAnsi="Arial" w:cs="Arial"/>
          <w:color w:val="000080"/>
          <w:w w:val="105"/>
          <w:sz w:val="20"/>
        </w:rPr>
        <w:t>(</w:t>
      </w:r>
      <w:r>
        <w:rPr>
          <w:rFonts w:ascii="Arial" w:hAnsi="Arial" w:cs="Arial"/>
          <w:color w:val="000080"/>
          <w:w w:val="105"/>
          <w:sz w:val="20"/>
        </w:rPr>
        <w:t>3</w:t>
      </w:r>
      <w:r w:rsidRPr="0043389B">
        <w:rPr>
          <w:rFonts w:ascii="Arial" w:hAnsi="Arial" w:cs="Arial"/>
          <w:color w:val="000080"/>
          <w:w w:val="105"/>
          <w:sz w:val="20"/>
          <w:vertAlign w:val="superscript"/>
        </w:rPr>
        <w:t>rd</w:t>
      </w:r>
      <w:r>
        <w:rPr>
          <w:rFonts w:ascii="Arial" w:hAnsi="Arial" w:cs="Arial"/>
          <w:color w:val="000080"/>
          <w:w w:val="105"/>
          <w:sz w:val="20"/>
        </w:rPr>
        <w:t xml:space="preserve"> </w:t>
      </w:r>
      <w:r w:rsidRPr="009852C0">
        <w:rPr>
          <w:rFonts w:ascii="Arial" w:hAnsi="Arial" w:cs="Arial"/>
          <w:color w:val="000080"/>
          <w:spacing w:val="-7"/>
          <w:w w:val="105"/>
          <w:sz w:val="20"/>
        </w:rPr>
        <w:t>Cycle</w:t>
      </w:r>
      <w:r w:rsidRPr="009852C0">
        <w:rPr>
          <w:rFonts w:ascii="Arial" w:hAnsi="Arial" w:cs="Arial"/>
          <w:color w:val="000080"/>
          <w:w w:val="105"/>
          <w:sz w:val="20"/>
        </w:rPr>
        <w:t>)</w:t>
      </w:r>
      <w:r w:rsidRPr="009852C0">
        <w:rPr>
          <w:rFonts w:ascii="Arial" w:hAnsi="Arial" w:cs="Arial"/>
          <w:color w:val="000080"/>
          <w:spacing w:val="-9"/>
          <w:w w:val="105"/>
          <w:sz w:val="20"/>
        </w:rPr>
        <w:t xml:space="preserve"> </w:t>
      </w:r>
      <w:r w:rsidRPr="009852C0">
        <w:rPr>
          <w:rFonts w:ascii="Arial" w:hAnsi="Arial" w:cs="Arial"/>
          <w:color w:val="000080"/>
          <w:w w:val="105"/>
          <w:sz w:val="20"/>
        </w:rPr>
        <w:t>B+</w:t>
      </w:r>
      <w:r>
        <w:rPr>
          <w:rFonts w:ascii="Arial" w:hAnsi="Arial" w:cs="Arial"/>
          <w:color w:val="000080"/>
          <w:w w:val="105"/>
          <w:sz w:val="20"/>
        </w:rPr>
        <w:t>+</w:t>
      </w:r>
    </w:p>
    <w:p w14:paraId="6B7294B9" w14:textId="435999ED" w:rsidR="004F285F" w:rsidRDefault="004F285F">
      <w:pPr>
        <w:jc w:val="center"/>
        <w:rPr>
          <w:b/>
        </w:rPr>
      </w:pPr>
    </w:p>
    <w:p w14:paraId="64E2B387" w14:textId="7424B987" w:rsidR="004F285F" w:rsidRDefault="004F285F">
      <w:pPr>
        <w:jc w:val="center"/>
        <w:rPr>
          <w:b/>
        </w:rPr>
      </w:pPr>
    </w:p>
    <w:p w14:paraId="768900AB" w14:textId="77777777" w:rsidR="004F285F" w:rsidRDefault="004F285F" w:rsidP="004F285F">
      <w:pPr>
        <w:jc w:val="center"/>
        <w:rPr>
          <w:b/>
        </w:rPr>
      </w:pPr>
    </w:p>
    <w:p w14:paraId="796DBA1D" w14:textId="0EB5FBC9" w:rsidR="002E640F" w:rsidRDefault="00000000" w:rsidP="004F285F">
      <w:pPr>
        <w:jc w:val="center"/>
      </w:pPr>
      <w:r>
        <w:rPr>
          <w:b/>
        </w:rPr>
        <w:t>NOTICE</w:t>
      </w:r>
    </w:p>
    <w:p w14:paraId="633CD806" w14:textId="1E66F054" w:rsidR="004F285F" w:rsidRPr="00B03C64" w:rsidRDefault="00000000" w:rsidP="004F285F">
      <w:r>
        <w:br/>
      </w:r>
      <w:r>
        <w:br/>
        <w:t xml:space="preserve">All the students of 3rd Semester are hereby informed that the Practical Examination and other assessments will be conducted </w:t>
      </w:r>
      <w:r w:rsidR="004F285F">
        <w:t>on 18.03.2026.</w:t>
      </w:r>
      <w:r>
        <w:br/>
      </w:r>
      <w:r>
        <w:br/>
      </w:r>
      <w:r w:rsidR="004F285F">
        <w:t xml:space="preserve">On </w:t>
      </w:r>
      <w:r>
        <w:t>09/04/2026 (Friday)</w:t>
      </w:r>
      <w:r w:rsidR="004F285F">
        <w:t xml:space="preserve"> the following exam will be conduct</w:t>
      </w:r>
      <w:r>
        <w:br/>
      </w:r>
      <w:r>
        <w:br/>
        <w:t>The examinations will include:</w:t>
      </w:r>
      <w:r>
        <w:br/>
        <w:t>• SEC (Skill Enhancement Course)</w:t>
      </w:r>
      <w:r>
        <w:br/>
        <w:t>• IAPC</w:t>
      </w:r>
      <w:r>
        <w:br/>
        <w:t>• Internal Assessment</w:t>
      </w:r>
      <w:r>
        <w:br/>
      </w:r>
      <w:r>
        <w:br/>
        <w:t>All students are instructed to be present in the examination venue on time with necessary materials.</w:t>
      </w:r>
      <w:r>
        <w:br/>
      </w:r>
      <w:r>
        <w:br/>
      </w:r>
      <w:r>
        <w:br/>
      </w:r>
      <w:r w:rsidR="004F285F">
        <w:t xml:space="preserve">                                                                                                                         </w:t>
      </w:r>
      <w:r w:rsidR="004F285F" w:rsidRPr="00B03C64">
        <w:t>Dr. Jhimli Banerjee</w:t>
      </w:r>
    </w:p>
    <w:p w14:paraId="30383C98" w14:textId="77777777" w:rsidR="004F285F" w:rsidRPr="00B03C64" w:rsidRDefault="004F285F" w:rsidP="004F285F">
      <w:r w:rsidRPr="00B03C64">
        <w:t xml:space="preserve">                                                                                                                       Food &amp; Nutrition Dept</w:t>
      </w:r>
    </w:p>
    <w:p w14:paraId="78795899" w14:textId="77777777" w:rsidR="004F285F" w:rsidRPr="00B03C64" w:rsidRDefault="004F285F" w:rsidP="004F285F">
      <w:r w:rsidRPr="00B03C64">
        <w:t xml:space="preserve">                                                                                                            Gour Mahavidyalaya, Malda.                    </w:t>
      </w:r>
    </w:p>
    <w:p w14:paraId="0189E3B3" w14:textId="6248ED6D" w:rsidR="002E640F" w:rsidRDefault="002E640F"/>
    <w:sectPr w:rsidR="002E640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23319336">
    <w:abstractNumId w:val="8"/>
  </w:num>
  <w:num w:numId="2" w16cid:durableId="2115586011">
    <w:abstractNumId w:val="6"/>
  </w:num>
  <w:num w:numId="3" w16cid:durableId="821195136">
    <w:abstractNumId w:val="5"/>
  </w:num>
  <w:num w:numId="4" w16cid:durableId="110049845">
    <w:abstractNumId w:val="4"/>
  </w:num>
  <w:num w:numId="5" w16cid:durableId="1949238479">
    <w:abstractNumId w:val="7"/>
  </w:num>
  <w:num w:numId="6" w16cid:durableId="629097222">
    <w:abstractNumId w:val="3"/>
  </w:num>
  <w:num w:numId="7" w16cid:durableId="615723645">
    <w:abstractNumId w:val="2"/>
  </w:num>
  <w:num w:numId="8" w16cid:durableId="1422556980">
    <w:abstractNumId w:val="1"/>
  </w:num>
  <w:num w:numId="9" w16cid:durableId="18159479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4F57"/>
    <w:rsid w:val="0029639D"/>
    <w:rsid w:val="002E640F"/>
    <w:rsid w:val="00326F90"/>
    <w:rsid w:val="004F285F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37575AA"/>
  <w14:defaultImageDpi w14:val="300"/>
  <w15:docId w15:val="{61FFA6B0-0C0F-44EA-8401-84AC85306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900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JHIMLI BANERJEE</cp:lastModifiedBy>
  <cp:revision>2</cp:revision>
  <dcterms:created xsi:type="dcterms:W3CDTF">2013-12-23T23:15:00Z</dcterms:created>
  <dcterms:modified xsi:type="dcterms:W3CDTF">2026-04-18T16:41:00Z</dcterms:modified>
  <cp:category/>
</cp:coreProperties>
</file>