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F65AF" w14:textId="7D31B526" w:rsidR="00CD0D49" w:rsidRPr="00767070" w:rsidRDefault="00CD0D49" w:rsidP="00CD0D49">
      <w:pPr>
        <w:pStyle w:val="Title"/>
        <w:jc w:val="center"/>
        <w:rPr>
          <w:rFonts w:ascii="Arial" w:hAnsi="Arial" w:cs="Arial"/>
        </w:rPr>
      </w:pPr>
      <w:r w:rsidRPr="00767070">
        <w:rPr>
          <w:rFonts w:ascii="Arial" w:hAnsi="Arial" w:cs="Arial"/>
          <w:color w:val="000080"/>
          <w:w w:val="135"/>
        </w:rPr>
        <w:t>GOUR</w:t>
      </w:r>
      <w:r w:rsidRPr="00767070">
        <w:rPr>
          <w:rFonts w:ascii="Arial" w:hAnsi="Arial" w:cs="Arial"/>
          <w:color w:val="000080"/>
          <w:spacing w:val="-28"/>
          <w:w w:val="135"/>
        </w:rPr>
        <w:t xml:space="preserve"> </w:t>
      </w:r>
      <w:r w:rsidRPr="00767070">
        <w:rPr>
          <w:rFonts w:ascii="Arial" w:hAnsi="Arial" w:cs="Arial"/>
          <w:color w:val="000080"/>
          <w:w w:val="135"/>
        </w:rPr>
        <w:t>MAHAVIDYALAYA</w:t>
      </w:r>
    </w:p>
    <w:p w14:paraId="1D5C9390" w14:textId="3DA90B62" w:rsidR="00CD0D49" w:rsidRPr="009852C0" w:rsidRDefault="00CD0D49" w:rsidP="00CD0D49">
      <w:pPr>
        <w:pStyle w:val="BodyText"/>
        <w:jc w:val="center"/>
        <w:rPr>
          <w:rFonts w:ascii="Arial" w:hAnsi="Arial" w:cs="Arial"/>
          <w:sz w:val="20"/>
        </w:rPr>
      </w:pPr>
      <w:r w:rsidRPr="009852C0">
        <w:rPr>
          <w:rFonts w:ascii="Arial" w:hAnsi="Arial" w:cs="Arial"/>
          <w:color w:val="000080"/>
          <w:spacing w:val="-1"/>
          <w:w w:val="105"/>
          <w:sz w:val="20"/>
        </w:rPr>
        <w:t>ACCREDITED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BY</w:t>
      </w:r>
      <w:r w:rsidRPr="009852C0">
        <w:rPr>
          <w:rFonts w:ascii="Arial" w:hAnsi="Arial" w:cs="Arial"/>
          <w:color w:val="000080"/>
          <w:spacing w:val="-6"/>
          <w:w w:val="105"/>
          <w:sz w:val="20"/>
        </w:rPr>
        <w:t xml:space="preserve"> </w:t>
      </w:r>
      <w:r w:rsidRPr="009852C0">
        <w:rPr>
          <w:rFonts w:ascii="Arial" w:hAnsi="Arial" w:cs="Arial"/>
          <w:color w:val="FF0000"/>
          <w:w w:val="105"/>
          <w:sz w:val="20"/>
        </w:rPr>
        <w:t>NAAC</w:t>
      </w:r>
      <w:r w:rsidRPr="009852C0">
        <w:rPr>
          <w:rFonts w:ascii="Arial" w:hAnsi="Arial" w:cs="Arial"/>
          <w:color w:val="FF0000"/>
          <w:spacing w:val="-11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(</w:t>
      </w:r>
      <w:r>
        <w:rPr>
          <w:rFonts w:ascii="Arial" w:hAnsi="Arial" w:cs="Arial"/>
          <w:color w:val="000080"/>
          <w:w w:val="105"/>
          <w:sz w:val="20"/>
        </w:rPr>
        <w:t>3</w:t>
      </w:r>
      <w:r w:rsidRPr="0043389B">
        <w:rPr>
          <w:rFonts w:ascii="Arial" w:hAnsi="Arial" w:cs="Arial"/>
          <w:color w:val="000080"/>
          <w:w w:val="105"/>
          <w:sz w:val="20"/>
          <w:vertAlign w:val="superscript"/>
        </w:rPr>
        <w:t>rd</w:t>
      </w:r>
      <w:r>
        <w:rPr>
          <w:rFonts w:ascii="Arial" w:hAnsi="Arial" w:cs="Arial"/>
          <w:color w:val="000080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spacing w:val="-7"/>
          <w:w w:val="105"/>
          <w:sz w:val="20"/>
        </w:rPr>
        <w:t>Cycle</w:t>
      </w:r>
      <w:r w:rsidRPr="009852C0">
        <w:rPr>
          <w:rFonts w:ascii="Arial" w:hAnsi="Arial" w:cs="Arial"/>
          <w:color w:val="000080"/>
          <w:w w:val="105"/>
          <w:sz w:val="20"/>
        </w:rPr>
        <w:t>)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B+</w:t>
      </w:r>
      <w:r>
        <w:rPr>
          <w:rFonts w:ascii="Arial" w:hAnsi="Arial" w:cs="Arial"/>
          <w:color w:val="000080"/>
          <w:w w:val="105"/>
          <w:sz w:val="20"/>
        </w:rPr>
        <w:t>+</w:t>
      </w:r>
    </w:p>
    <w:p w14:paraId="355D4484" w14:textId="19268A64" w:rsidR="00CD0D49" w:rsidRDefault="00CD0D49">
      <w:pPr>
        <w:jc w:val="center"/>
        <w:rPr>
          <w:b/>
        </w:rPr>
      </w:pPr>
      <w:r w:rsidRPr="009852C0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077645E1" wp14:editId="22848525">
                <wp:simplePos x="0" y="0"/>
                <wp:positionH relativeFrom="margin">
                  <wp:posOffset>-717550</wp:posOffset>
                </wp:positionH>
                <wp:positionV relativeFrom="page">
                  <wp:posOffset>1913255</wp:posOffset>
                </wp:positionV>
                <wp:extent cx="6842125" cy="665480"/>
                <wp:effectExtent l="0" t="0" r="0" b="1270"/>
                <wp:wrapNone/>
                <wp:docPr id="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2125" cy="665480"/>
                          <a:chOff x="1269" y="1824"/>
                          <a:chExt cx="10313" cy="1048"/>
                        </a:xfrm>
                      </wpg:grpSpPr>
                      <pic:pic xmlns:pic="http://schemas.openxmlformats.org/drawingml/2006/picture">
                        <pic:nvPicPr>
                          <pic:cNvPr id="1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6" y="1824"/>
                            <a:ext cx="823" cy="9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AutoShape 5"/>
                        <wps:cNvSpPr>
                          <a:spLocks/>
                        </wps:cNvSpPr>
                        <wps:spPr bwMode="auto">
                          <a:xfrm>
                            <a:off x="1317" y="2788"/>
                            <a:ext cx="10265" cy="84"/>
                          </a:xfrm>
                          <a:custGeom>
                            <a:avLst/>
                            <a:gdLst>
                              <a:gd name="T0" fmla="+- 0 11582 1318"/>
                              <a:gd name="T1" fmla="*/ T0 w 10265"/>
                              <a:gd name="T2" fmla="+- 0 2822 2789"/>
                              <a:gd name="T3" fmla="*/ 2822 h 84"/>
                              <a:gd name="T4" fmla="+- 0 1318 1318"/>
                              <a:gd name="T5" fmla="*/ T4 w 10265"/>
                              <a:gd name="T6" fmla="+- 0 2822 2789"/>
                              <a:gd name="T7" fmla="*/ 2822 h 84"/>
                              <a:gd name="T8" fmla="+- 0 1318 1318"/>
                              <a:gd name="T9" fmla="*/ T8 w 10265"/>
                              <a:gd name="T10" fmla="+- 0 2873 2789"/>
                              <a:gd name="T11" fmla="*/ 2873 h 84"/>
                              <a:gd name="T12" fmla="+- 0 11582 1318"/>
                              <a:gd name="T13" fmla="*/ T12 w 10265"/>
                              <a:gd name="T14" fmla="+- 0 2873 2789"/>
                              <a:gd name="T15" fmla="*/ 2873 h 84"/>
                              <a:gd name="T16" fmla="+- 0 11582 1318"/>
                              <a:gd name="T17" fmla="*/ T16 w 10265"/>
                              <a:gd name="T18" fmla="+- 0 2822 2789"/>
                              <a:gd name="T19" fmla="*/ 2822 h 84"/>
                              <a:gd name="T20" fmla="+- 0 11582 1318"/>
                              <a:gd name="T21" fmla="*/ T20 w 10265"/>
                              <a:gd name="T22" fmla="+- 0 2789 2789"/>
                              <a:gd name="T23" fmla="*/ 2789 h 84"/>
                              <a:gd name="T24" fmla="+- 0 1318 1318"/>
                              <a:gd name="T25" fmla="*/ T24 w 10265"/>
                              <a:gd name="T26" fmla="+- 0 2789 2789"/>
                              <a:gd name="T27" fmla="*/ 2789 h 84"/>
                              <a:gd name="T28" fmla="+- 0 1318 1318"/>
                              <a:gd name="T29" fmla="*/ T28 w 10265"/>
                              <a:gd name="T30" fmla="+- 0 2806 2789"/>
                              <a:gd name="T31" fmla="*/ 2806 h 84"/>
                              <a:gd name="T32" fmla="+- 0 11582 1318"/>
                              <a:gd name="T33" fmla="*/ T32 w 10265"/>
                              <a:gd name="T34" fmla="+- 0 2806 2789"/>
                              <a:gd name="T35" fmla="*/ 2806 h 84"/>
                              <a:gd name="T36" fmla="+- 0 11582 1318"/>
                              <a:gd name="T37" fmla="*/ T36 w 10265"/>
                              <a:gd name="T38" fmla="+- 0 2789 2789"/>
                              <a:gd name="T39" fmla="*/ 2789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265" h="84">
                                <a:moveTo>
                                  <a:pt x="10264" y="33"/>
                                </a:moveTo>
                                <a:lnTo>
                                  <a:pt x="0" y="33"/>
                                </a:lnTo>
                                <a:lnTo>
                                  <a:pt x="0" y="84"/>
                                </a:lnTo>
                                <a:lnTo>
                                  <a:pt x="10264" y="84"/>
                                </a:lnTo>
                                <a:lnTo>
                                  <a:pt x="10264" y="33"/>
                                </a:lnTo>
                                <a:close/>
                                <a:moveTo>
                                  <a:pt x="102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10264" y="17"/>
                                </a:lnTo>
                                <a:lnTo>
                                  <a:pt x="102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69" y="1842"/>
                            <a:ext cx="4125" cy="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C0DE8B" w14:textId="77777777" w:rsidR="00CD0D49" w:rsidRDefault="00CD0D49" w:rsidP="00CD0D49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Dr. Ashim Kumar Sarkar, </w:t>
                              </w:r>
                              <w:proofErr w:type="spellStart"/>
                              <w:proofErr w:type="gramStart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>M.Phil</w:t>
                              </w:r>
                              <w:proofErr w:type="spellEnd"/>
                              <w:proofErr w:type="gramEnd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 xml:space="preserve">, </w:t>
                              </w:r>
                              <w:proofErr w:type="spellStart"/>
                              <w:proofErr w:type="gramStart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>Ph.D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 </w:t>
                              </w:r>
                            </w:p>
                            <w:p w14:paraId="7B266C1F" w14:textId="77777777" w:rsidR="00CD0D49" w:rsidRDefault="00CD0D49" w:rsidP="00CD0D49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>Principal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156" y="1874"/>
                            <a:ext cx="3639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B006C5" w14:textId="77777777" w:rsidR="00CD0D49" w:rsidRDefault="00CD0D49" w:rsidP="00CD0D49">
                              <w:pPr>
                                <w:spacing w:line="168" w:lineRule="exact"/>
                                <w:rPr>
                                  <w:rFonts w:ascii="Arial" w:hAns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P.O.-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Mangalbari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Dist.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Malda.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Pin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–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732142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(W.B.)</w:t>
                              </w:r>
                            </w:p>
                            <w:p w14:paraId="49007E58" w14:textId="77777777" w:rsidR="00CD0D49" w:rsidRDefault="00CD0D49" w:rsidP="00CD0D49">
                              <w:pPr>
                                <w:spacing w:before="8" w:line="195" w:lineRule="exact"/>
                                <w:ind w:left="1"/>
                                <w:rPr>
                                  <w:rFonts w:ascii="Arial"/>
                                  <w:b/>
                                  <w:sz w:val="17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Phone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03512-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260547,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Cell: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7"/>
                                </w:rPr>
                                <w:t>9475408018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7645E1" id="Group 2" o:spid="_x0000_s1026" style="position:absolute;left:0;text-align:left;margin-left:-56.5pt;margin-top:150.65pt;width:538.75pt;height:52.4pt;z-index:251658752;mso-position-horizontal-relative:margin;mso-position-vertical-relative:page" coordorigin="1269,1824" coordsize="10313,10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5966;top:1824;width:823;height:9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">
                  <v:imagedata r:id="rId7" o:title=""/>
                </v:shape>
                <v:shape id="AutoShape 5" o:spid="_x0000_s1028" style="position:absolute;left:1317;top:2788;width:10265;height:84;visibility:visible;mso-wrap-style:square;v-text-anchor:top" coordsize="10265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" path="m10264,33l,33,,84r10264,l10264,33xm10264,l,,,17r10264,l10264,xe" fillcolor="maroon" stroked="f">
                  <v:path arrowok="t" o:connecttype="custom" o:connectlocs="10264,2822;0,2822;0,2873;10264,2873;10264,2822;10264,2789;0,2789;0,2806;10264,2806;10264,2789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left:1269;top:1842;width:4125;height: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4DC0DE8B" w14:textId="77777777" w:rsidR="00CD0D49" w:rsidRDefault="00CD0D49" w:rsidP="00CD0D49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Dr. Ashim Kumar Sarkar, </w:t>
                        </w:r>
                        <w:proofErr w:type="spellStart"/>
                        <w:proofErr w:type="gramStart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>M.Phil</w:t>
                        </w:r>
                        <w:proofErr w:type="spellEnd"/>
                        <w:proofErr w:type="gramEnd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 xml:space="preserve">, </w:t>
                        </w:r>
                        <w:proofErr w:type="spellStart"/>
                        <w:proofErr w:type="gramStart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>Ph.D</w:t>
                        </w:r>
                        <w:proofErr w:type="spellEnd"/>
                        <w:proofErr w:type="gramEnd"/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 </w:t>
                        </w:r>
                      </w:p>
                      <w:p w14:paraId="7B266C1F" w14:textId="77777777" w:rsidR="00CD0D49" w:rsidRDefault="00CD0D49" w:rsidP="00CD0D49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>Principal</w:t>
                        </w:r>
                      </w:p>
                    </w:txbxContent>
                  </v:textbox>
                </v:shape>
                <v:shape id="Text Box 3" o:spid="_x0000_s1030" type="#_x0000_t202" style="position:absolute;left:7156;top:1874;width:3639;height: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31B006C5" w14:textId="77777777" w:rsidR="00CD0D49" w:rsidRDefault="00CD0D49" w:rsidP="00CD0D49">
                        <w:pPr>
                          <w:spacing w:line="168" w:lineRule="exact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P.O.-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2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Mangalbari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,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Dist.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Malda.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Pin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–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732142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(W.B.)</w:t>
                        </w:r>
                      </w:p>
                      <w:p w14:paraId="49007E58" w14:textId="77777777" w:rsidR="00CD0D49" w:rsidRDefault="00CD0D49" w:rsidP="00CD0D49">
                        <w:pPr>
                          <w:spacing w:before="8" w:line="195" w:lineRule="exact"/>
                          <w:ind w:left="1"/>
                          <w:rPr>
                            <w:rFonts w:ascii="Arial"/>
                            <w:b/>
                            <w:sz w:val="17"/>
                          </w:rPr>
                        </w:pPr>
                        <w:proofErr w:type="gramStart"/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Phone</w:t>
                        </w:r>
                        <w:r>
                          <w:rPr>
                            <w:rFonts w:ascii="Arial MT"/>
                            <w:color w:val="000080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03512-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260547,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Cell:</w:t>
                        </w:r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80"/>
                            <w:sz w:val="17"/>
                          </w:rPr>
                          <w:t>9475408018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4AADA62D" w14:textId="1798D421" w:rsidR="00CD0D49" w:rsidRDefault="00CD0D49">
      <w:pPr>
        <w:jc w:val="center"/>
        <w:rPr>
          <w:b/>
        </w:rPr>
      </w:pPr>
    </w:p>
    <w:p w14:paraId="0C25B467" w14:textId="0B3D6D25" w:rsidR="00CD0D49" w:rsidRDefault="00CD0D49">
      <w:pPr>
        <w:jc w:val="center"/>
        <w:rPr>
          <w:b/>
        </w:rPr>
      </w:pPr>
    </w:p>
    <w:p w14:paraId="39F19F7C" w14:textId="02CCF6D3" w:rsidR="00487231" w:rsidRDefault="00000000">
      <w:pPr>
        <w:jc w:val="center"/>
      </w:pPr>
      <w:r>
        <w:rPr>
          <w:b/>
        </w:rPr>
        <w:t>NOTICE</w:t>
      </w:r>
    </w:p>
    <w:p w14:paraId="700C0A83" w14:textId="3C5AB1A9" w:rsidR="004961E7" w:rsidRPr="00B03C64" w:rsidRDefault="00000000" w:rsidP="004961E7">
      <w:r>
        <w:br/>
        <w:t>Date:</w:t>
      </w:r>
      <w:r w:rsidR="008254F4">
        <w:t xml:space="preserve"> 18</w:t>
      </w:r>
      <w:r w:rsidR="008254F4" w:rsidRPr="008254F4">
        <w:rPr>
          <w:vertAlign w:val="superscript"/>
        </w:rPr>
        <w:t>th</w:t>
      </w:r>
      <w:r w:rsidR="008254F4">
        <w:t xml:space="preserve"> </w:t>
      </w:r>
      <w:r>
        <w:t xml:space="preserve"> February 2026</w:t>
      </w:r>
      <w:r>
        <w:br/>
      </w:r>
      <w:r>
        <w:br/>
        <w:t>All the students of 5th Semester are hereby informed that the Practical Examination schedule will be conducted as per the following:</w:t>
      </w:r>
      <w:r>
        <w:br/>
      </w:r>
      <w:r>
        <w:br/>
        <w:t>21 February 2026: Laboratory Set-up</w:t>
      </w:r>
      <w:r>
        <w:br/>
        <w:t>23, 24, 25, 26 February 2026: Major Practical Examination</w:t>
      </w:r>
      <w:r>
        <w:br/>
        <w:t>27 February 2026: Evaluation</w:t>
      </w:r>
      <w:r>
        <w:br/>
        <w:t>28 February 2026: Laboratory Preparation for Minor</w:t>
      </w:r>
      <w:r>
        <w:br/>
        <w:t>02 March 2026: Minor Practical Examination</w:t>
      </w:r>
      <w:r>
        <w:br/>
      </w:r>
      <w:r>
        <w:br/>
        <w:t>All students are instructed to be present on time and carry necessary materials.</w:t>
      </w:r>
      <w:r>
        <w:br/>
      </w:r>
      <w:r w:rsidR="004961E7">
        <w:br/>
        <w:t xml:space="preserve">                                                                                                                         </w:t>
      </w:r>
      <w:r w:rsidR="004961E7" w:rsidRPr="00B03C64">
        <w:t>Dr. Jhimli Banerjee</w:t>
      </w:r>
    </w:p>
    <w:p w14:paraId="18FC4179" w14:textId="77777777" w:rsidR="004961E7" w:rsidRPr="00B03C64" w:rsidRDefault="004961E7" w:rsidP="004961E7">
      <w:r w:rsidRPr="00B03C64">
        <w:t xml:space="preserve">                                                                                                                       Food &amp; Nutrition Dept</w:t>
      </w:r>
    </w:p>
    <w:p w14:paraId="2068786E" w14:textId="77777777" w:rsidR="004961E7" w:rsidRPr="00B03C64" w:rsidRDefault="004961E7" w:rsidP="004961E7">
      <w:r w:rsidRPr="00B03C64">
        <w:t xml:space="preserve">                                                                                                            Gour Mahavidyalaya, Malda.                    </w:t>
      </w:r>
    </w:p>
    <w:p w14:paraId="05803377" w14:textId="62E0D3A6" w:rsidR="00487231" w:rsidRDefault="00000000">
      <w:r>
        <w:br/>
      </w:r>
    </w:p>
    <w:sectPr w:rsidR="0048723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95397559">
    <w:abstractNumId w:val="8"/>
  </w:num>
  <w:num w:numId="2" w16cid:durableId="249238668">
    <w:abstractNumId w:val="6"/>
  </w:num>
  <w:num w:numId="3" w16cid:durableId="1158570475">
    <w:abstractNumId w:val="5"/>
  </w:num>
  <w:num w:numId="4" w16cid:durableId="1946423553">
    <w:abstractNumId w:val="4"/>
  </w:num>
  <w:num w:numId="5" w16cid:durableId="1142498184">
    <w:abstractNumId w:val="7"/>
  </w:num>
  <w:num w:numId="6" w16cid:durableId="679822227">
    <w:abstractNumId w:val="3"/>
  </w:num>
  <w:num w:numId="7" w16cid:durableId="1275402220">
    <w:abstractNumId w:val="2"/>
  </w:num>
  <w:num w:numId="8" w16cid:durableId="1999263810">
    <w:abstractNumId w:val="1"/>
  </w:num>
  <w:num w:numId="9" w16cid:durableId="32907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87231"/>
    <w:rsid w:val="004961E7"/>
    <w:rsid w:val="008254F4"/>
    <w:rsid w:val="008D2355"/>
    <w:rsid w:val="00AA1D8D"/>
    <w:rsid w:val="00B47730"/>
    <w:rsid w:val="00CB0664"/>
    <w:rsid w:val="00CD0D49"/>
    <w:rsid w:val="00D84AB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2108D9"/>
  <w14:defaultImageDpi w14:val="300"/>
  <w15:docId w15:val="{EE417A11-B644-4F9B-BF84-FF56368E7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JHIMLI BANERJEE</cp:lastModifiedBy>
  <cp:revision>4</cp:revision>
  <dcterms:created xsi:type="dcterms:W3CDTF">2013-12-23T23:15:00Z</dcterms:created>
  <dcterms:modified xsi:type="dcterms:W3CDTF">2026-04-19T03:33:00Z</dcterms:modified>
  <cp:category/>
</cp:coreProperties>
</file>